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80"/>
      </w:pPr>
      <w:r>
        <w:rPr>
          <w:rFonts w:ascii="Segoe UI" w:hAnsi="Segoe UI"/>
          <w:b/>
          <w:i w:val="0"/>
          <w:color w:val="64748B"/>
          <w:sz w:val="22"/>
        </w:rPr>
        <w:t>CÔNG TY CỔ PHẦN CÔNG NGHỆ UCALL VIỆT NAM • ADAHUB CRM</w:t>
      </w:r>
    </w:p>
    <w:p>
      <w:pPr>
        <w:spacing w:before="120" w:after="120"/>
      </w:pPr>
      <w:r>
        <w:rPr>
          <w:rFonts w:ascii="Segoe UI" w:hAnsi="Segoe UI"/>
          <w:b/>
          <w:i w:val="0"/>
          <w:color w:val="1E3A8A"/>
          <w:sz w:val="48"/>
        </w:rPr>
        <w:t>HƯỚNG DẪN SỬ DỤNG HỆ THỐNG</w:t>
      </w:r>
    </w:p>
    <w:p>
      <w:pPr>
        <w:spacing w:before="0" w:after="280"/>
      </w:pPr>
      <w:r>
        <w:rPr>
          <w:rFonts w:ascii="Segoe UI" w:hAnsi="Segoe UI"/>
          <w:b/>
          <w:i w:val="0"/>
          <w:color w:val="0284C7"/>
          <w:sz w:val="32"/>
        </w:rPr>
        <w:t>Phân hệ: Quản lý Khách hàng Cá nhân (Contact &amp; Customer 360°)</w:t>
      </w:r>
    </w:p>
    <w:p>
      <w:pPr>
        <w:spacing w:after="280" w:line="288" w:lineRule="auto"/>
      </w:pPr>
      <w:r>
        <w:rPr>
          <w:rFonts w:ascii="Segoe UI" w:hAnsi="Segoe UI"/>
          <w:b w:val="0"/>
          <w:i w:val="0"/>
          <w:color w:val="334155"/>
          <w:sz w:val="21"/>
        </w:rPr>
        <w:t>Cẩm nang hướng dẫn vận hành toàn diện phân hệ Khách hàng trên nền tảng UCALL / Adahub CRM. Bao gồm quy trình thao tác màn hình danh sách, cấu hình chế độ xem (Views), bộ lọc nâng cao, thao tác sửa trực tiếp và tự động lưu (Autosave), tác vụ xử lý hàng loạt tích hợp Callbot AI và Telesale, màn hình chi tiết 360 độ liên kết 6 thực thể kinh doanh, quản trị 17 kiểu trường dữ liệu tùy chỉnh và quy trình nhập/xuất dữ liệu chuẩn quốc tế.</w:t>
      </w:r>
    </w:p>
    <w:tbl>
      <w:tblPr>
        <w:tblStyle w:val="TableGrid"/>
        <w:tblW w:type="auto" w:w="0"/>
        <w:jc w:val="center"/>
        <w:tblLayout w:type="autofit"/>
        <w:tblLook w:firstColumn="1" w:firstRow="1" w:lastColumn="0" w:lastRow="0" w:noHBand="0" w:noVBand="1" w:val="04A0"/>
      </w:tblPr>
      <w:tblGrid>
        <w:gridCol w:w="5040"/>
        <w:gridCol w:w="5040"/>
      </w:tblGrid>
      <w:tr>
        <w:trPr>
          <w:tblHeader w:val="true"/>
        </w:trPr>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Thuộc tính tài liệu</w:t>
            </w:r>
          </w:p>
        </w:tc>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Chi tiết thông tin cấu hình &amp; Ban hành</w:t>
            </w:r>
          </w:p>
        </w:tc>
      </w:tr>
      <w:tr>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Hệ thống phần mềm</w:t>
            </w:r>
          </w:p>
        </w:tc>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UCALL CRM / Adahub Multi-tenant Enterprise Platform</w:t>
            </w:r>
          </w:p>
        </w:tc>
      </w:tr>
      <w:tr>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Phiên bản tài liệu</w:t>
            </w:r>
          </w:p>
        </w:tc>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2.0 (Cập nhật toàn diện kèm hình ảnh thực tế)</w:t>
            </w:r>
          </w:p>
        </w:tc>
      </w:tr>
      <w:tr>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Ngày ban hành</w:t>
            </w:r>
          </w:p>
        </w:tc>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23/09/2026</w:t>
            </w:r>
          </w:p>
        </w:tc>
      </w:tr>
      <w:tr>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Đơn vị phát triển</w:t>
            </w:r>
          </w:p>
        </w:tc>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UCALL Vietnam Product &amp; Engineering Team</w:t>
            </w:r>
          </w:p>
        </w:tc>
      </w:tr>
      <w:tr>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Đối tượng áp dụng</w:t>
            </w:r>
          </w:p>
        </w:tc>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Sales Executives, Telesales, Marketing Ops, Customer Support &amp; Quản trị viên (Admin)</w:t>
            </w:r>
          </w:p>
        </w:tc>
      </w:tr>
      <w:tr>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Tiêu chuẩn tài liệu</w:t>
            </w:r>
          </w:p>
        </w:tc>
        <w:tc>
          <w:tcPr>
            <w:tcW w:type="dxa" w:w="504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Enterprise Help Center &amp; Standard Operating Procedure (SOP)</w:t>
            </w:r>
          </w:p>
        </w:tc>
      </w:tr>
    </w:tbl>
    <w:p>
      <w:pPr>
        <w:spacing w:after="80"/>
      </w:pPr>
    </w:p>
    <w:p>
      <w:r>
        <w:br w:type="page"/>
      </w:r>
    </w:p>
    <w:p>
      <w:pPr>
        <w:spacing w:before="200" w:after="120"/>
      </w:pPr>
      <w:r>
        <w:rPr>
          <w:rFonts w:ascii="Segoe UI" w:hAnsi="Segoe UI"/>
          <w:b/>
          <w:i w:val="0"/>
          <w:color w:val="1E3A8A"/>
          <w:sz w:val="32"/>
        </w:rPr>
        <w:t>MỤC LỤC TỔNG QUAN NỘI DUNG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Chương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Tên chương &amp; Phạm vi hướng dẫn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Các tính năng &amp; Thao tác trọng tâm</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Tổng quan &amp; Bối cảnh phân hệ Khách hàng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Định danh Contact vs Enterprise, Bức tranh 360°, Tự động hóa Callbot, Cảnh báo an toàn dữ liệu.</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II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Màn hình Danh sách &amp; Chế độ xem (List &amp; Views)</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Tạo và phân quyền View, Bộ lọc đa điều kiện AND/OR, Tùy biến cột, Ghim cột, Inline Edit, Autosave, Quick actions.</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III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Thao tác Hàng loạt trên Khách hàng (Bulk Actions)</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Quy trình 5 bước Sửa hàng loạt, Thêm vào Callbot AI, Phân bổ Telesale, Gửi Email, Danh sách tĩnh, Xóa hàng loạt.</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IV</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Màn hình Chi tiết Khách hàng 360° (Contact Detail)</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Bố cục 3 cột, Cột trái (Hồ sơ), Cột giữa (Ghi chú, Gọi điện, Nghe ghi âm, Timeline), Cột phải (6 thực thể liên kết).</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V</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Cấu hình Hệ thống &amp; Trường Dữ liệu Tùy chỉnh</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4 bước tạo trường, Bảng tra cứu 17 kiểu dữ liệu, 4 cờ điều khiển, Cơ chế Round-Robin và Thu hồi Lead.</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VI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Quy trình Nhập &amp; Xuất Dữ liệu (Import / Export)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Wizard 3 bước: Upload, Mapping, Xử lý trùng lặp (Duplicate resolution), Xuất báo cáo Excel.</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VII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Bảng Xử lý Sự cố Thường gặp (Troubleshooting)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Hướng dẫn khắc phục lỗi VoIP, Autosave, Phân quyền xóa dữ liệu, Lỗi nạp Callbot, Lỗi file Excel.</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VIII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Câu hỏi Thường gặp (Frequently Asked Questions)</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Giải đáp thắc mắc về an toàn dữ liệu, khôi phục lead, phân quyền xem và tích hợp chiến dịch.</w:t>
            </w:r>
          </w:p>
        </w:tc>
      </w:tr>
    </w:tbl>
    <w:p>
      <w:pPr>
        <w:spacing w:after="80"/>
      </w:pPr>
    </w:p>
    <w:p>
      <w:r>
        <w:br w:type="page"/>
      </w:r>
    </w:p>
    <w:p>
      <w:pPr>
        <w:spacing w:before="280" w:after="80"/>
      </w:pPr>
      <w:r>
        <w:rPr>
          <w:rFonts w:ascii="Segoe UI" w:hAnsi="Segoe UI"/>
          <w:b/>
          <w:i w:val="0"/>
          <w:color w:val="1E3A8A"/>
          <w:sz w:val="32"/>
        </w:rPr>
        <w:t>CHƯƠNG I: TỔNG QUAN &amp; BỐI CẢNH PHÂN HỆ KHÁCH HÀNG CÁ NHÂN</w:t>
      </w:r>
    </w:p>
    <w:p>
      <w:pPr>
        <w:spacing w:after="80" w:line="276" w:lineRule="auto"/>
      </w:pPr>
      <w:r>
        <w:rPr>
          <w:rFonts w:ascii="Segoe UI" w:hAnsi="Segoe UI"/>
          <w:b w:val="0"/>
          <w:i w:val="0"/>
          <w:color w:val="1E293B"/>
          <w:sz w:val="20"/>
        </w:rPr>
        <w:t>Trong hệ thống UCALL CRM, khách hàng được phân định thành 2 nhóm đối tượng:</w:t>
      </w:r>
    </w:p>
    <w:p>
      <w:pPr>
        <w:pStyle w:val="ListNumber"/>
        <w:spacing w:after="40" w:line="276" w:lineRule="auto"/>
      </w:pPr>
      <w:r>
        <w:rPr>
          <w:rFonts w:ascii="Segoe UI" w:hAnsi="Segoe UI"/>
          <w:b/>
          <w:i w:val="0"/>
          <w:color w:val="334155"/>
          <w:sz w:val="20"/>
        </w:rPr>
        <w:t>Khách hàng Cá nhân (Contact):</w:t>
      </w:r>
      <w:r>
        <w:rPr>
          <w:rFonts w:ascii="Segoe UI" w:hAnsi="Segoe UI"/>
          <w:b w:val="0"/>
          <w:i w:val="0"/>
          <w:color w:val="334155"/>
          <w:sz w:val="20"/>
        </w:rPr>
        <w:t xml:space="preserve"> Người liên hệ cụ thể với số điện thoại, email, chức vụ và hành vi tương tác riêng.</w:t>
      </w:r>
    </w:p>
    <w:p>
      <w:pPr>
        <w:pStyle w:val="ListNumber"/>
        <w:spacing w:after="40" w:line="276" w:lineRule="auto"/>
      </w:pPr>
      <w:r>
        <w:rPr>
          <w:rFonts w:ascii="Segoe UI" w:hAnsi="Segoe UI"/>
          <w:b/>
          <w:i w:val="0"/>
          <w:color w:val="334155"/>
          <w:sz w:val="20"/>
        </w:rPr>
        <w:t>Khách hàng Doanh nghiệp (Enterprise):</w:t>
      </w:r>
      <w:r>
        <w:rPr>
          <w:rFonts w:ascii="Segoe UI" w:hAnsi="Segoe UI"/>
          <w:b w:val="0"/>
          <w:i w:val="0"/>
          <w:color w:val="334155"/>
          <w:sz w:val="20"/>
        </w:rPr>
        <w:t xml:space="preserve"> Pháp nhân công ty, tổ chức mà một hoặc nhiều khách hàng cá nhân trực thuộc (mô hình B2B).</w:t>
      </w:r>
    </w:p>
    <w:p>
      <w:pPr>
        <w:keepNext/>
        <w:spacing w:before="200" w:after="60"/>
      </w:pPr>
      <w:r>
        <w:rPr>
          <w:rFonts w:ascii="Segoe UI" w:hAnsi="Segoe UI"/>
          <w:b/>
          <w:i w:val="0"/>
          <w:color w:val="0F172A"/>
          <w:sz w:val="22"/>
        </w:rPr>
        <w:t>Các trường hợp ứng dụng thực tế:</w:t>
      </w:r>
    </w:p>
    <w:p>
      <w:pPr>
        <w:pStyle w:val="ListBullet"/>
        <w:spacing w:after="40" w:line="276" w:lineRule="auto"/>
      </w:pPr>
      <w:r>
        <w:rPr>
          <w:rFonts w:ascii="Segoe UI" w:hAnsi="Segoe UI"/>
          <w:b/>
          <w:i w:val="0"/>
          <w:color w:val="334155"/>
          <w:sz w:val="20"/>
        </w:rPr>
        <w:t>Chiến dịch Tiếp cận Tự động (Outbound Campaign Integration):</w:t>
      </w:r>
      <w:r>
        <w:rPr>
          <w:rFonts w:ascii="Segoe UI" w:hAnsi="Segoe UI"/>
          <w:b w:val="0"/>
          <w:i w:val="0"/>
          <w:color w:val="334155"/>
          <w:sz w:val="20"/>
        </w:rPr>
        <w:t xml:space="preserve"> Lọc danh sách khách hàng tiềm năng theo tiêu chí nâng cao để đưa trực tiếp vào chiến dịch </w:t>
      </w:r>
      <w:r>
        <w:rPr>
          <w:rFonts w:ascii="Segoe UI" w:hAnsi="Segoe UI"/>
          <w:b/>
          <w:i w:val="0"/>
          <w:color w:val="334155"/>
          <w:sz w:val="20"/>
        </w:rPr>
        <w:t>Callbot AI</w:t>
      </w:r>
      <w:r>
        <w:rPr>
          <w:rFonts w:ascii="Segoe UI" w:hAnsi="Segoe UI"/>
          <w:b w:val="0"/>
          <w:i w:val="0"/>
          <w:color w:val="334155"/>
          <w:sz w:val="20"/>
        </w:rPr>
        <w:t xml:space="preserve"> (gọi tự động hàng loạt bằng giọng nói AI) hoặc phân bổ cho đội ngũ </w:t>
      </w:r>
      <w:r>
        <w:rPr>
          <w:rFonts w:ascii="Segoe UI" w:hAnsi="Segoe UI"/>
          <w:b/>
          <w:i w:val="0"/>
          <w:color w:val="334155"/>
          <w:sz w:val="20"/>
        </w:rPr>
        <w:t>Telesale</w:t>
      </w:r>
      <w:r>
        <w:rPr>
          <w:rFonts w:ascii="Segoe UI" w:hAnsi="Segoe UI"/>
          <w:b w:val="0"/>
          <w:i w:val="0"/>
          <w:color w:val="334155"/>
          <w:sz w:val="20"/>
        </w:rPr>
        <w:t xml:space="preserve"> gọi điện thủ công.</w:t>
      </w:r>
    </w:p>
    <w:p>
      <w:pPr>
        <w:pStyle w:val="ListBullet"/>
        <w:spacing w:after="40" w:line="276" w:lineRule="auto"/>
      </w:pPr>
      <w:r>
        <w:rPr>
          <w:rFonts w:ascii="Segoe UI" w:hAnsi="Segoe UI"/>
          <w:b/>
          <w:i w:val="0"/>
          <w:color w:val="334155"/>
          <w:sz w:val="20"/>
        </w:rPr>
        <w:t>Góc nhìn Khách hàng 360° (Customer 360 Lifecycle):</w:t>
      </w:r>
      <w:r>
        <w:rPr>
          <w:rFonts w:ascii="Segoe UI" w:hAnsi="Segoe UI"/>
          <w:b w:val="0"/>
          <w:i w:val="0"/>
          <w:color w:val="334155"/>
          <w:sz w:val="20"/>
        </w:rPr>
        <w:t xml:space="preserve"> Nhân viên kinh doanh và chăm sóc khách hàng xem trọn vẹn lịch sử trao đổi, file ghi âm cuộc gọi, ghi chú, đơn hàng và tiến độ xử lý trên một màn hình duy nhất.</w:t>
      </w:r>
    </w:p>
    <w:p>
      <w:pPr>
        <w:pStyle w:val="ListBullet"/>
        <w:spacing w:after="40" w:line="276" w:lineRule="auto"/>
      </w:pPr>
      <w:r>
        <w:rPr>
          <w:rFonts w:ascii="Segoe UI" w:hAnsi="Segoe UI"/>
          <w:b/>
          <w:i w:val="0"/>
          <w:color w:val="334155"/>
          <w:sz w:val="20"/>
        </w:rPr>
        <w:t>Tùy biến Không gian làm việc (Custom Views &amp; Workspaces):</w:t>
      </w:r>
      <w:r>
        <w:rPr>
          <w:rFonts w:ascii="Segoe UI" w:hAnsi="Segoe UI"/>
          <w:b w:val="0"/>
          <w:i w:val="0"/>
          <w:color w:val="334155"/>
          <w:sz w:val="20"/>
        </w:rPr>
        <w:t xml:space="preserve"> Mỗi nhóm làm việc (Marketing, Sales, Chăm sóc khách hàng) thiết lập và lưu các Chế độ xem (View) riêng biệt theo trạng thái phễu hoặc nhân viên phụ trách.</w:t>
      </w:r>
    </w:p>
    <w:p>
      <w:pPr>
        <w:pStyle w:val="ListBullet"/>
        <w:spacing w:after="40" w:line="276" w:lineRule="auto"/>
      </w:pPr>
      <w:r>
        <w:rPr>
          <w:rFonts w:ascii="Segoe UI" w:hAnsi="Segoe UI"/>
          <w:b/>
          <w:i w:val="0"/>
          <w:color w:val="334155"/>
          <w:sz w:val="20"/>
        </w:rPr>
        <w:t>Bảo vệ Dữ liệu Doanh nghiệp:</w:t>
      </w:r>
      <w:r>
        <w:rPr>
          <w:rFonts w:ascii="Segoe UI" w:hAnsi="Segoe UI"/>
          <w:b w:val="0"/>
          <w:i w:val="0"/>
          <w:color w:val="334155"/>
          <w:sz w:val="20"/>
        </w:rPr>
        <w:t xml:space="preserve"> Ngăn ngừa việc thất thoát khách hàng tiềm năng bằng cơ chế tự động phân chia lead và tự động thu hồi lead về kho chung nếu nhân viên không tương tác.</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FF5F5"/>
            <w:tcBorders>
              <w:top w:val="none"/>
              <w:bottom w:val="none"/>
              <w:left w:val="single" w:sz="24" w:space="0" w:color="DC2626"/>
              <w:right w:val="none"/>
            </w:tcBorders>
          </w:tcPr>
          <w:p>
            <w:pPr>
              <w:spacing w:after="60" w:line="276" w:lineRule="auto"/>
            </w:pPr>
            <w:r>
              <w:rPr>
                <w:rFonts w:ascii="Segoe UI" w:hAnsi="Segoe UI"/>
                <w:b/>
                <w:i w:val="0"/>
                <w:color w:val="DC2626"/>
                <w:sz w:val="20"/>
              </w:rPr>
              <w:t>⚠️ CẢNH BÁO AN TOÀN DỮ LIỆU</w:t>
            </w:r>
          </w:p>
          <w:p>
            <w:pPr>
              <w:spacing w:after="40" w:line="276" w:lineRule="auto"/>
            </w:pPr>
            <w:r>
              <w:rPr>
                <w:rFonts w:ascii="Segoe UI" w:hAnsi="Segoe UI"/>
                <w:b/>
                <w:i w:val="0"/>
                <w:color w:val="333333"/>
                <w:sz w:val="19"/>
              </w:rPr>
              <w:t>CẢNH BÁO AN TOÀN DỮ LIỆU:</w:t>
            </w:r>
            <w:r>
              <w:rPr>
                <w:rFonts w:ascii="Segoe UI" w:hAnsi="Segoe UI"/>
                <w:b w:val="0"/>
                <w:i w:val="0"/>
                <w:color w:val="333333"/>
                <w:sz w:val="19"/>
              </w:rPr>
              <w:t xml:space="preserve"> Thao tác </w:t>
            </w:r>
            <w:r>
              <w:rPr>
                <w:rFonts w:ascii="Segoe UI" w:hAnsi="Segoe UI"/>
                <w:b/>
                <w:i w:val="0"/>
                <w:color w:val="333333"/>
                <w:sz w:val="19"/>
              </w:rPr>
              <w:t>Xóa khách hàng</w:t>
            </w:r>
            <w:r>
              <w:rPr>
                <w:rFonts w:ascii="Segoe UI" w:hAnsi="Segoe UI"/>
                <w:b w:val="0"/>
                <w:i w:val="0"/>
                <w:color w:val="333333"/>
                <w:sz w:val="19"/>
              </w:rPr>
              <w:t xml:space="preserve"> là hành động xóa vĩnh viễn và </w:t>
            </w:r>
            <w:r>
              <w:rPr>
                <w:rFonts w:ascii="Segoe UI" w:hAnsi="Segoe UI"/>
                <w:b/>
                <w:i w:val="0"/>
                <w:color w:val="333333"/>
                <w:sz w:val="19"/>
              </w:rPr>
              <w:t>KHÔNG THỂ KHÔI PHỤC</w:t>
            </w:r>
            <w:r>
              <w:rPr>
                <w:rFonts w:ascii="Segoe UI" w:hAnsi="Segoe UI"/>
                <w:b w:val="0"/>
                <w:i w:val="0"/>
                <w:color w:val="333333"/>
                <w:sz w:val="19"/>
              </w:rPr>
              <w:t xml:space="preserve">. Toàn bộ dữ liệu gắn liền gồm lịch sử cuộc gọi, file ghi âm, ghi chú, đơn hàng và tiến trình liên quan sẽ bị xóa khỏi hệ thống. Vui lòng cân nhắc chuyển trạng thái khách hàng sang </w:t>
            </w:r>
            <w:r>
              <w:rPr>
                <w:rFonts w:ascii="Segoe UI" w:hAnsi="Segoe UI"/>
                <w:b w:val="0"/>
                <w:i/>
                <w:color w:val="333333"/>
                <w:sz w:val="19"/>
              </w:rPr>
              <w:t>"Không tiềm năng"</w:t>
            </w:r>
            <w:r>
              <w:rPr>
                <w:rFonts w:ascii="Segoe UI" w:hAnsi="Segoe UI"/>
                <w:b w:val="0"/>
                <w:i w:val="0"/>
                <w:color w:val="333333"/>
                <w:sz w:val="19"/>
              </w:rPr>
              <w:t xml:space="preserve"> thay vì xóa.</w:t>
            </w:r>
          </w:p>
        </w:tc>
      </w:tr>
    </w:tbl>
    <w:p>
      <w:pPr>
        <w:spacing w:after="80"/>
      </w:pPr>
    </w:p>
    <w:p>
      <w:r>
        <w:br w:type="page"/>
      </w:r>
    </w:p>
    <w:p>
      <w:pPr>
        <w:spacing w:before="280" w:after="80"/>
      </w:pPr>
      <w:r>
        <w:rPr>
          <w:rFonts w:ascii="Segoe UI" w:hAnsi="Segoe UI"/>
          <w:b/>
          <w:i w:val="0"/>
          <w:color w:val="1E3A8A"/>
          <w:sz w:val="32"/>
        </w:rPr>
        <w:t>CHƯƠNG II: QUẢN LÝ DANH SÁCH &amp; CHẾ ĐỘ XEM (LIST &amp; VIEWS)</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0F9FF"/>
            <w:tcBorders>
              <w:top w:val="none"/>
              <w:bottom w:val="none"/>
              <w:left w:val="single" w:sz="24" w:space="0" w:color="0284C7"/>
              <w:right w:val="none"/>
            </w:tcBorders>
          </w:tcPr>
          <w:p>
            <w:pPr>
              <w:spacing w:after="60" w:line="276" w:lineRule="auto"/>
            </w:pPr>
            <w:r>
              <w:rPr>
                <w:rFonts w:ascii="Segoe UI" w:hAnsi="Segoe UI"/>
                <w:b/>
                <w:i w:val="0"/>
                <w:color w:val="0284C7"/>
                <w:sz w:val="20"/>
              </w:rPr>
              <w:t>ℹ️ BỐI CẢNH &amp; MỤC TIÊU</w:t>
            </w:r>
          </w:p>
          <w:p>
            <w:pPr>
              <w:spacing w:after="40" w:line="276" w:lineRule="auto"/>
            </w:pPr>
            <w:r>
              <w:rPr>
                <w:rFonts w:ascii="Segoe UI" w:hAnsi="Segoe UI"/>
                <w:b/>
                <w:i w:val="0"/>
                <w:color w:val="333333"/>
                <w:sz w:val="19"/>
              </w:rPr>
              <w:t>Mục tiêu:</w:t>
            </w:r>
            <w:r>
              <w:rPr>
                <w:rFonts w:ascii="Segoe UI" w:hAnsi="Segoe UI"/>
                <w:b w:val="0"/>
                <w:i w:val="0"/>
                <w:color w:val="333333"/>
                <w:sz w:val="19"/>
              </w:rPr>
              <w:t xml:space="preserve"> Giúp nhân viên kinh doanh, marketing và quản lý linh hoạt tùy biến không gian làm việc theo nhu cầu, lưu trữ các bộ lọc tìm kiếm thường dùng, phân quyền truy cập chế độ xem và chỉnh sửa dữ liệu siêu tốc trên bảng.</w:t>
            </w:r>
          </w:p>
        </w:tc>
      </w:tr>
    </w:tbl>
    <w:p>
      <w:pPr>
        <w:spacing w:after="80"/>
      </w:pPr>
    </w:p>
    <w:p>
      <w:pPr>
        <w:spacing w:after="80"/>
      </w:pPr>
    </w:p>
    <w:p>
      <w:pPr>
        <w:keepNext/>
        <w:spacing w:before="260" w:after="80"/>
      </w:pPr>
      <w:r>
        <w:rPr>
          <w:rFonts w:ascii="Segoe UI" w:hAnsi="Segoe UI"/>
          <w:b/>
          <w:i w:val="0"/>
          <w:color w:val="0284C7"/>
          <w:sz w:val="26"/>
        </w:rPr>
        <w:t>II.1 Các trường hợp sử dụng phổ biến (Use Cases)</w:t>
      </w:r>
    </w:p>
    <w:p>
      <w:pPr>
        <w:pStyle w:val="ListBullet"/>
        <w:spacing w:after="40" w:line="276" w:lineRule="auto"/>
      </w:pPr>
      <w:r>
        <w:rPr>
          <w:rFonts w:ascii="Segoe UI" w:hAnsi="Segoe UI"/>
          <w:b/>
          <w:i w:val="0"/>
          <w:color w:val="334155"/>
          <w:sz w:val="20"/>
        </w:rPr>
        <w:t>Phân luồng khách hàng theo giai đoạn:</w:t>
      </w:r>
      <w:r>
        <w:rPr>
          <w:rFonts w:ascii="Segoe UI" w:hAnsi="Segoe UI"/>
          <w:b w:val="0"/>
          <w:i w:val="0"/>
          <w:color w:val="334155"/>
          <w:sz w:val="20"/>
        </w:rPr>
        <w:t xml:space="preserve"> Tạo chế độ xem riêng cho </w:t>
      </w:r>
      <w:r>
        <w:rPr>
          <w:rFonts w:ascii="Segoe UI" w:hAnsi="Segoe UI"/>
          <w:b w:val="0"/>
          <w:i/>
          <w:color w:val="334155"/>
          <w:sz w:val="20"/>
        </w:rPr>
        <w:t>"Khách hàng mới chưa gọi"</w:t>
      </w:r>
      <w:r>
        <w:rPr>
          <w:rFonts w:ascii="Segoe UI" w:hAnsi="Segoe UI"/>
          <w:b w:val="0"/>
          <w:i w:val="0"/>
          <w:color w:val="334155"/>
          <w:sz w:val="20"/>
        </w:rPr>
        <w:t xml:space="preserve">, </w:t>
      </w:r>
      <w:r>
        <w:rPr>
          <w:rFonts w:ascii="Segoe UI" w:hAnsi="Segoe UI"/>
          <w:b w:val="0"/>
          <w:i/>
          <w:color w:val="334155"/>
          <w:sz w:val="20"/>
        </w:rPr>
        <w:t>"Khách hàng đang chăm sóc"</w:t>
      </w:r>
      <w:r>
        <w:rPr>
          <w:rFonts w:ascii="Segoe UI" w:hAnsi="Segoe UI"/>
          <w:b w:val="0"/>
          <w:i w:val="0"/>
          <w:color w:val="334155"/>
          <w:sz w:val="20"/>
        </w:rPr>
        <w:t xml:space="preserve"> và </w:t>
      </w:r>
      <w:r>
        <w:rPr>
          <w:rFonts w:ascii="Segoe UI" w:hAnsi="Segoe UI"/>
          <w:b w:val="0"/>
          <w:i/>
          <w:color w:val="334155"/>
          <w:sz w:val="20"/>
        </w:rPr>
        <w:t>"Khách hàng VIP"</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Tùy biến bảng dữ liệu theo phòng ban:</w:t>
      </w:r>
      <w:r>
        <w:rPr>
          <w:rFonts w:ascii="Segoe UI" w:hAnsi="Segoe UI"/>
          <w:b w:val="0"/>
          <w:i w:val="0"/>
          <w:color w:val="334155"/>
          <w:sz w:val="20"/>
        </w:rPr>
        <w:t xml:space="preserve"> Đội ngũ Telesale chỉ cần hiển thị các cột </w:t>
      </w:r>
      <w:r>
        <w:rPr>
          <w:rFonts w:ascii="Segoe UI" w:hAnsi="Segoe UI"/>
          <w:b w:val="0"/>
          <w:i/>
          <w:color w:val="334155"/>
          <w:sz w:val="20"/>
        </w:rPr>
        <w:t>Số điện thoại, Trạng thái cuộc gọi gần nhất, Ghi chú</w:t>
      </w:r>
      <w:r>
        <w:rPr>
          <w:rFonts w:ascii="Segoe UI" w:hAnsi="Segoe UI"/>
          <w:b w:val="0"/>
          <w:i w:val="0"/>
          <w:color w:val="334155"/>
          <w:sz w:val="20"/>
        </w:rPr>
        <w:t xml:space="preserve">; đội ngũ Kế toán cần hiển thị </w:t>
      </w:r>
      <w:r>
        <w:rPr>
          <w:rFonts w:ascii="Segoe UI" w:hAnsi="Segoe UI"/>
          <w:b w:val="0"/>
          <w:i/>
          <w:color w:val="334155"/>
          <w:sz w:val="20"/>
        </w:rPr>
        <w:t>Mã số thuế, Địa chỉ xuất hóa đơn, Doanh thu</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Thao tác cập nhật dữ liệu nhanh:</w:t>
      </w:r>
      <w:r>
        <w:rPr>
          <w:rFonts w:ascii="Segoe UI" w:hAnsi="Segoe UI"/>
          <w:b w:val="0"/>
          <w:i w:val="0"/>
          <w:color w:val="334155"/>
          <w:sz w:val="20"/>
        </w:rPr>
        <w:t xml:space="preserve"> Sử dụng tính năng sửa trực tiếp trên ô (Inline Edit) kết hợp </w:t>
      </w:r>
      <w:r>
        <w:rPr>
          <w:rFonts w:ascii="Segoe UI" w:hAnsi="Segoe UI"/>
          <w:b w:val="0"/>
          <w:i/>
          <w:color w:val="334155"/>
          <w:sz w:val="20"/>
        </w:rPr>
        <w:t>Tự động lưu (Autosave)</w:t>
      </w:r>
      <w:r>
        <w:rPr>
          <w:rFonts w:ascii="Segoe UI" w:hAnsi="Segoe UI"/>
          <w:b w:val="0"/>
          <w:i w:val="0"/>
          <w:color w:val="334155"/>
          <w:sz w:val="20"/>
        </w:rPr>
        <w:t xml:space="preserve"> để cập nhật thông tin hàng chục khách hàng mà không cần mở từng trang chi tiết.</w:t>
      </w:r>
    </w:p>
    <w:p>
      <w:pPr>
        <w:spacing w:after="80"/>
      </w:pPr>
    </w:p>
    <w:p>
      <w:pPr>
        <w:keepNext/>
        <w:spacing w:before="260" w:after="80"/>
      </w:pPr>
      <w:r>
        <w:rPr>
          <w:rFonts w:ascii="Segoe UI" w:hAnsi="Segoe UI"/>
          <w:b/>
          <w:i w:val="0"/>
          <w:color w:val="0284C7"/>
          <w:sz w:val="26"/>
        </w:rPr>
        <w:t>II.2 Hướng dẫn thao tác từng bước (Từng bước có ảnh minh họa)</w:t>
      </w:r>
    </w:p>
    <w:p>
      <w:pPr>
        <w:spacing w:after="80" w:line="276" w:lineRule="auto"/>
      </w:pPr>
      <w:r>
        <w:rPr>
          <w:rFonts w:ascii="Segoe UI" w:hAnsi="Segoe UI"/>
          <w:b/>
          <w:i w:val="0"/>
          <w:color w:val="1E293B"/>
          <w:sz w:val="20"/>
        </w:rPr>
        <w:t>Đường dẫn truy cập:</w:t>
      </w:r>
      <w:r>
        <w:rPr>
          <w:rFonts w:ascii="Segoe UI" w:hAnsi="Segoe UI"/>
          <w:b w:val="0"/>
          <w:i w:val="0"/>
          <w:color w:val="1E293B"/>
          <w:sz w:val="20"/>
        </w:rPr>
        <w:t xml:space="preserve"> Tại thanh menu bên trái, chọn </w:t>
      </w:r>
      <w:r>
        <w:rPr>
          <w:rFonts w:ascii="Segoe UI" w:hAnsi="Segoe UI"/>
          <w:b/>
          <w:i w:val="0"/>
          <w:color w:val="1E293B"/>
          <w:sz w:val="20"/>
        </w:rPr>
        <w:t>Khách hàng</w:t>
      </w:r>
      <w:r>
        <w:rPr>
          <w:rFonts w:ascii="Segoe UI" w:hAnsi="Segoe UI"/>
          <w:b w:val="0"/>
          <w:i w:val="0"/>
          <w:color w:val="1E293B"/>
          <w:sz w:val="20"/>
        </w:rPr>
        <w:t xml:space="preserve"> &gt; </w:t>
      </w:r>
      <w:r>
        <w:rPr>
          <w:rFonts w:ascii="Segoe UI" w:hAnsi="Segoe UI"/>
          <w:b/>
          <w:i w:val="0"/>
          <w:color w:val="1E293B"/>
          <w:sz w:val="20"/>
        </w:rPr>
        <w:t>Cá nhân</w:t>
      </w:r>
      <w:r>
        <w:rPr>
          <w:rFonts w:ascii="Segoe UI" w:hAnsi="Segoe UI"/>
          <w:b w:val="0"/>
          <w:i w:val="0"/>
          <w:color w:val="1E293B"/>
          <w:sz w:val="20"/>
        </w:rPr>
        <w:t xml:space="preserve"> (hoặc truy cập đường dẫn: </w:t>
      </w:r>
      <w:r>
        <w:rPr>
          <w:rFonts w:ascii="Consolas" w:hAnsi="Consolas"/>
          <w:b w:val="0"/>
          <w:i w:val="0"/>
          <w:color w:val="8B0000"/>
          <w:sz w:val="19"/>
        </w:rPr>
        <w:t>/dashboard/&lt;mã_công_ty&gt;/contacts/contact</w:t>
      </w:r>
      <w:r>
        <w:rPr>
          <w:rFonts w:ascii="Segoe UI" w:hAnsi="Segoe UI"/>
          <w:b w:val="0"/>
          <w:i w:val="0"/>
          <w:color w:val="1E293B"/>
          <w:sz w:val="20"/>
        </w:rPr>
        <w:t>).</w:t>
      </w:r>
    </w:p>
    <w:p>
      <w:pPr>
        <w:spacing w:before="160" w:after="40"/>
        <w:jc w:val="center"/>
      </w:pPr>
      <w:r>
        <w:drawing>
          <wp:inline xmlns:a="http://schemas.openxmlformats.org/drawingml/2006/main" xmlns:pic="http://schemas.openxmlformats.org/drawingml/2006/picture">
            <wp:extent cx="5486400" cy="2723198"/>
            <wp:docPr id="1" name="Picture 1"/>
            <wp:cNvGraphicFramePr>
              <a:graphicFrameLocks noChangeAspect="1"/>
            </wp:cNvGraphicFramePr>
            <a:graphic>
              <a:graphicData uri="http://schemas.openxmlformats.org/drawingml/2006/picture">
                <pic:pic>
                  <pic:nvPicPr>
                    <pic:cNvPr id="0" name="contact_list_overview.png"/>
                    <pic:cNvPicPr/>
                  </pic:nvPicPr>
                  <pic:blipFill>
                    <a:blip r:embed="rId11"/>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Giao diện danh sách khách hàng với hệ thống View tabs, thanh công cụ tìm kiếm và bảng dữ liệu.</w:t>
      </w:r>
    </w:p>
    <w:p>
      <w:pPr>
        <w:spacing w:after="80"/>
      </w:pPr>
    </w:p>
    <w:p>
      <w:pPr>
        <w:keepNext/>
        <w:spacing w:before="200" w:after="60"/>
      </w:pPr>
      <w:r>
        <w:rPr>
          <w:rFonts w:ascii="Segoe UI" w:hAnsi="Segoe UI"/>
          <w:b/>
          <w:i w:val="0"/>
          <w:color w:val="0F172A"/>
          <w:sz w:val="22"/>
        </w:rPr>
        <w:t>1. Quản lý Chế độ xem (Views) &amp; Phân quyền truy cập</w:t>
      </w:r>
    </w:p>
    <w:p>
      <w:pPr>
        <w:spacing w:after="80" w:line="276" w:lineRule="auto"/>
      </w:pPr>
      <w:r>
        <w:rPr>
          <w:rFonts w:ascii="Segoe UI" w:hAnsi="Segoe UI"/>
          <w:b w:val="0"/>
          <w:i w:val="0"/>
          <w:color w:val="1E293B"/>
          <w:sz w:val="20"/>
        </w:rPr>
        <w:t xml:space="preserve">Chế độ xem (View) giúp bạn lưu lại toàn bộ cấu hình hiển thị gồm: </w:t>
      </w:r>
      <w:r>
        <w:rPr>
          <w:rFonts w:ascii="Segoe UI" w:hAnsi="Segoe UI"/>
          <w:b/>
          <w:i w:val="0"/>
          <w:color w:val="1E293B"/>
          <w:sz w:val="20"/>
        </w:rPr>
        <w:t>Điều kiện lọc</w:t>
      </w:r>
      <w:r>
        <w:rPr>
          <w:rFonts w:ascii="Segoe UI" w:hAnsi="Segoe UI"/>
          <w:b w:val="0"/>
          <w:i w:val="0"/>
          <w:color w:val="1E293B"/>
          <w:sz w:val="20"/>
        </w:rPr>
        <w:t xml:space="preserve">, </w:t>
      </w:r>
      <w:r>
        <w:rPr>
          <w:rFonts w:ascii="Segoe UI" w:hAnsi="Segoe UI"/>
          <w:b/>
          <w:i w:val="0"/>
          <w:color w:val="1E293B"/>
          <w:sz w:val="20"/>
        </w:rPr>
        <w:t>Thứ tự sắp xếp (Sort)</w:t>
      </w:r>
      <w:r>
        <w:rPr>
          <w:rFonts w:ascii="Segoe UI" w:hAnsi="Segoe UI"/>
          <w:b w:val="0"/>
          <w:i w:val="0"/>
          <w:color w:val="1E293B"/>
          <w:sz w:val="20"/>
        </w:rPr>
        <w:t xml:space="preserve"> và </w:t>
      </w:r>
      <w:r>
        <w:rPr>
          <w:rFonts w:ascii="Segoe UI" w:hAnsi="Segoe UI"/>
          <w:b/>
          <w:i w:val="0"/>
          <w:color w:val="1E293B"/>
          <w:sz w:val="20"/>
        </w:rPr>
        <w:t>Danh sách các cột trường dữ liệu hiển thị</w:t>
      </w:r>
      <w:r>
        <w:rPr>
          <w:rFonts w:ascii="Segoe UI" w:hAnsi="Segoe UI"/>
          <w:b w:val="0"/>
          <w:i w:val="0"/>
          <w:color w:val="1E293B"/>
          <w:sz w:val="20"/>
        </w:rPr>
        <w:t>.</w:t>
      </w:r>
    </w:p>
    <w:p>
      <w:pPr>
        <w:keepNext/>
        <w:spacing w:before="120" w:after="40"/>
      </w:pPr>
      <w:r>
        <w:rPr>
          <w:rFonts w:ascii="Segoe UI" w:hAnsi="Segoe UI"/>
          <w:b/>
          <w:i w:val="0"/>
          <w:color w:val="334155"/>
          <w:sz w:val="20"/>
        </w:rPr>
        <w:t>Bước 1: Bấm biểu tượng Thêm chế độ xem</w:t>
      </w:r>
    </w:p>
    <w:p>
      <w:pPr>
        <w:spacing w:after="80" w:line="276" w:lineRule="auto"/>
      </w:pPr>
      <w:r>
        <w:rPr>
          <w:rFonts w:ascii="Segoe UI" w:hAnsi="Segoe UI"/>
          <w:b w:val="0"/>
          <w:i w:val="0"/>
          <w:color w:val="1E293B"/>
          <w:sz w:val="20"/>
        </w:rPr>
        <w:t xml:space="preserve">Trên thanh tab Chế độ xem (phía trên bảng danh sách), bấm vào biểu tượng </w:t>
      </w:r>
      <w:r>
        <w:rPr>
          <w:rFonts w:ascii="Segoe UI" w:hAnsi="Segoe UI"/>
          <w:b/>
          <w:i w:val="0"/>
          <w:color w:val="1E293B"/>
          <w:sz w:val="20"/>
        </w:rPr>
        <w:t>`+` Thêm chế độ xem</w:t>
      </w:r>
      <w:r>
        <w:rPr>
          <w:rFonts w:ascii="Segoe UI" w:hAnsi="Segoe UI"/>
          <w:b w:val="0"/>
          <w:i w:val="0"/>
          <w:color w:val="1E293B"/>
          <w:sz w:val="20"/>
        </w:rPr>
        <w:t xml:space="preserve"> (hoặc tab dấu cộng).</w:t>
      </w:r>
    </w:p>
    <w:p>
      <w:pPr>
        <w:spacing w:before="160" w:after="40"/>
        <w:jc w:val="center"/>
      </w:pPr>
      <w:r>
        <w:drawing>
          <wp:inline xmlns:a="http://schemas.openxmlformats.org/drawingml/2006/main" xmlns:pic="http://schemas.openxmlformats.org/drawingml/2006/picture">
            <wp:extent cx="5486400" cy="2723198"/>
            <wp:docPr id="2" name="Picture 2"/>
            <wp:cNvGraphicFramePr>
              <a:graphicFrameLocks noChangeAspect="1"/>
            </wp:cNvGraphicFramePr>
            <a:graphic>
              <a:graphicData uri="http://schemas.openxmlformats.org/drawingml/2006/picture">
                <pic:pic>
                  <pic:nvPicPr>
                    <pic:cNvPr id="0" name="view_step1_click_add.png"/>
                    <pic:cNvPicPr/>
                  </pic:nvPicPr>
                  <pic:blipFill>
                    <a:blip r:embed="rId12"/>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1: Bấm biểu tượng dấu cộng trên thanh tab chế độ xem.</w:t>
      </w:r>
    </w:p>
    <w:p>
      <w:pPr>
        <w:keepNext/>
        <w:spacing w:before="120" w:after="40"/>
      </w:pPr>
      <w:r>
        <w:rPr>
          <w:rFonts w:ascii="Segoe UI" w:hAnsi="Segoe UI"/>
          <w:b/>
          <w:i w:val="0"/>
          <w:color w:val="334155"/>
          <w:sz w:val="20"/>
        </w:rPr>
        <w:t>Bước 2: Đặt tên và cấu hình kiểu hiển thị</w:t>
      </w:r>
    </w:p>
    <w:p>
      <w:pPr>
        <w:spacing w:after="80" w:line="276" w:lineRule="auto"/>
      </w:pPr>
      <w:r>
        <w:rPr>
          <w:rFonts w:ascii="Segoe UI" w:hAnsi="Segoe UI"/>
          <w:b w:val="0"/>
          <w:i w:val="0"/>
          <w:color w:val="1E293B"/>
          <w:sz w:val="20"/>
        </w:rPr>
        <w:t xml:space="preserve">Trong cửa sổ </w:t>
      </w:r>
      <w:r>
        <w:rPr>
          <w:rFonts w:ascii="Segoe UI" w:hAnsi="Segoe UI"/>
          <w:b/>
          <w:i w:val="0"/>
          <w:color w:val="1E293B"/>
          <w:sz w:val="20"/>
        </w:rPr>
        <w:t>Đặt tên chế độ xem</w:t>
      </w:r>
      <w:r>
        <w:rPr>
          <w:rFonts w:ascii="Segoe UI" w:hAnsi="Segoe UI"/>
          <w:b w:val="0"/>
          <w:i w:val="0"/>
          <w:color w:val="1E293B"/>
          <w:sz w:val="20"/>
        </w:rPr>
        <w:t>, cấu hình các thông số:</w:t>
      </w:r>
    </w:p>
    <w:p>
      <w:pPr>
        <w:pStyle w:val="ListNumber"/>
        <w:spacing w:after="40" w:line="276" w:lineRule="auto"/>
      </w:pPr>
      <w:r>
        <w:rPr>
          <w:rFonts w:ascii="Segoe UI" w:hAnsi="Segoe UI"/>
          <w:b/>
          <w:i w:val="0"/>
          <w:color w:val="334155"/>
          <w:sz w:val="20"/>
        </w:rPr>
        <w:t>Tên chế độ xem:</w:t>
      </w:r>
      <w:r>
        <w:rPr>
          <w:rFonts w:ascii="Segoe UI" w:hAnsi="Segoe UI"/>
          <w:b w:val="0"/>
          <w:i w:val="0"/>
          <w:color w:val="334155"/>
          <w:sz w:val="20"/>
        </w:rPr>
        <w:t xml:space="preserve"> Nhập tên gợi nhớ rõ ràng (Ví dụ: </w:t>
      </w:r>
      <w:r>
        <w:rPr>
          <w:rFonts w:ascii="Segoe UI" w:hAnsi="Segoe UI"/>
          <w:b w:val="0"/>
          <w:i/>
          <w:color w:val="334155"/>
          <w:sz w:val="20"/>
        </w:rPr>
        <w:t>"Lead nóng trong ngày"</w:t>
      </w:r>
      <w:r>
        <w:rPr>
          <w:rFonts w:ascii="Segoe UI" w:hAnsi="Segoe UI"/>
          <w:b w:val="0"/>
          <w:i w:val="0"/>
          <w:color w:val="334155"/>
          <w:sz w:val="20"/>
        </w:rPr>
        <w:t xml:space="preserve">, </w:t>
      </w:r>
      <w:r>
        <w:rPr>
          <w:rFonts w:ascii="Segoe UI" w:hAnsi="Segoe UI"/>
          <w:b w:val="0"/>
          <w:i/>
          <w:color w:val="334155"/>
          <w:sz w:val="20"/>
        </w:rPr>
        <w:t>"Khách hàng khu vực TP.HCM"</w:t>
      </w:r>
      <w:r>
        <w:rPr>
          <w:rFonts w:ascii="Segoe UI" w:hAnsi="Segoe UI"/>
          <w:b w:val="0"/>
          <w:i w:val="0"/>
          <w:color w:val="334155"/>
          <w:sz w:val="20"/>
        </w:rPr>
        <w:t>).</w:t>
      </w:r>
    </w:p>
    <w:p>
      <w:pPr>
        <w:pStyle w:val="ListNumber"/>
        <w:spacing w:after="40" w:line="276" w:lineRule="auto"/>
      </w:pPr>
      <w:r>
        <w:rPr>
          <w:rFonts w:ascii="Segoe UI" w:hAnsi="Segoe UI"/>
          <w:b/>
          <w:i w:val="0"/>
          <w:color w:val="334155"/>
          <w:sz w:val="20"/>
        </w:rPr>
        <w:t>Chọn kiểu chế độ xem:</w:t>
      </w:r>
    </w:p>
    <w:p>
      <w:pPr>
        <w:pStyle w:val="ListBullet"/>
        <w:spacing w:after="40" w:line="276" w:lineRule="auto"/>
      </w:pPr>
      <w:r>
        <w:rPr>
          <w:rFonts w:ascii="Segoe UI" w:hAnsi="Segoe UI"/>
          <w:b/>
          <w:i w:val="0"/>
          <w:color w:val="334155"/>
          <w:sz w:val="20"/>
        </w:rPr>
        <w:t>Danh sách (List view):</w:t>
      </w:r>
      <w:r>
        <w:rPr>
          <w:rFonts w:ascii="Segoe UI" w:hAnsi="Segoe UI"/>
          <w:b w:val="0"/>
          <w:i w:val="0"/>
          <w:color w:val="334155"/>
          <w:sz w:val="20"/>
        </w:rPr>
        <w:t xml:space="preserve"> Dạng bảng tính hiển thị nhiều dòng và cột dữ liệu.</w:t>
      </w:r>
    </w:p>
    <w:p>
      <w:pPr>
        <w:pStyle w:val="ListBullet"/>
        <w:spacing w:after="40" w:line="276" w:lineRule="auto"/>
      </w:pPr>
      <w:r>
        <w:rPr>
          <w:rFonts w:ascii="Segoe UI" w:hAnsi="Segoe UI"/>
          <w:b/>
          <w:i w:val="0"/>
          <w:color w:val="334155"/>
          <w:sz w:val="20"/>
        </w:rPr>
        <w:t>Kanban (Kanban view):</w:t>
      </w:r>
      <w:r>
        <w:rPr>
          <w:rFonts w:ascii="Segoe UI" w:hAnsi="Segoe UI"/>
          <w:b w:val="0"/>
          <w:i w:val="0"/>
          <w:color w:val="334155"/>
          <w:sz w:val="20"/>
        </w:rPr>
        <w:t xml:space="preserve"> Dạng các cột thẻ kéo thả theo trạng thái hành trình mua hàng.</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 lại</w:t>
      </w:r>
      <w:r>
        <w:rPr>
          <w:rFonts w:ascii="Segoe UI" w:hAnsi="Segoe UI"/>
          <w:b w:val="0"/>
          <w:i w:val="0"/>
          <w:color w:val="334155"/>
          <w:sz w:val="20"/>
        </w:rPr>
        <w:t xml:space="preserve"> để tạo tab view mới.</w:t>
      </w:r>
    </w:p>
    <w:p>
      <w:pPr>
        <w:spacing w:before="160" w:after="40"/>
        <w:jc w:val="center"/>
      </w:pPr>
      <w:r>
        <w:drawing>
          <wp:inline xmlns:a="http://schemas.openxmlformats.org/drawingml/2006/main" xmlns:pic="http://schemas.openxmlformats.org/drawingml/2006/picture">
            <wp:extent cx="5486400" cy="2723198"/>
            <wp:docPr id="3" name="Picture 3"/>
            <wp:cNvGraphicFramePr>
              <a:graphicFrameLocks noChangeAspect="1"/>
            </wp:cNvGraphicFramePr>
            <a:graphic>
              <a:graphicData uri="http://schemas.openxmlformats.org/drawingml/2006/picture">
                <pic:pic>
                  <pic:nvPicPr>
                    <pic:cNvPr id="0" name="view_step2_config_modal.png"/>
                    <pic:cNvPicPr/>
                  </pic:nvPicPr>
                  <pic:blipFill>
                    <a:blip r:embed="rId13"/>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2: Cửa sổ Đặt tên chế độ xem và lựa chọn kiểu hiển thị Danh sách hoặc Kanban.</w:t>
      </w:r>
    </w:p>
    <w:p>
      <w:pPr>
        <w:keepNext/>
        <w:spacing w:before="120" w:after="40"/>
      </w:pPr>
      <w:r>
        <w:rPr>
          <w:rFonts w:ascii="Segoe UI" w:hAnsi="Segoe UI"/>
          <w:b/>
          <w:i w:val="0"/>
          <w:color w:val="334155"/>
          <w:sz w:val="20"/>
        </w:rPr>
        <w:t>Bước 3: Đổi tên, Sao chép hoặc Phân quyền Chế độ xem</w:t>
      </w:r>
    </w:p>
    <w:p>
      <w:pPr>
        <w:spacing w:after="80" w:line="276" w:lineRule="auto"/>
      </w:pPr>
      <w:r>
        <w:rPr>
          <w:rFonts w:ascii="Segoe UI" w:hAnsi="Segoe UI"/>
          <w:b w:val="0"/>
          <w:i w:val="0"/>
          <w:color w:val="1E293B"/>
          <w:sz w:val="20"/>
        </w:rPr>
        <w:t xml:space="preserve">Di chuột vào tên tab chế độ xem, bấm vào biểu tượng mũi tên hoặc </w:t>
      </w:r>
      <w:r>
        <w:rPr>
          <w:rFonts w:ascii="Segoe UI" w:hAnsi="Segoe UI"/>
          <w:b/>
          <w:i w:val="0"/>
          <w:color w:val="1E293B"/>
          <w:sz w:val="20"/>
        </w:rPr>
        <w:t>`···` (Ba chấm)</w:t>
      </w:r>
      <w:r>
        <w:rPr>
          <w:rFonts w:ascii="Segoe UI" w:hAnsi="Segoe UI"/>
          <w:b w:val="0"/>
          <w:i w:val="0"/>
          <w:color w:val="1E293B"/>
          <w:sz w:val="20"/>
        </w:rPr>
        <w:t xml:space="preserve"> để mở menu quản trị:</w:t>
      </w:r>
    </w:p>
    <w:p>
      <w:pPr>
        <w:pStyle w:val="ListBullet"/>
        <w:spacing w:after="40" w:line="276" w:lineRule="auto"/>
      </w:pPr>
      <w:r>
        <w:rPr>
          <w:rFonts w:ascii="Segoe UI" w:hAnsi="Segoe UI"/>
          <w:b/>
          <w:i w:val="0"/>
          <w:color w:val="334155"/>
          <w:sz w:val="20"/>
        </w:rPr>
        <w:t>Đổi tên chế độ xem:</w:t>
      </w:r>
      <w:r>
        <w:rPr>
          <w:rFonts w:ascii="Segoe UI" w:hAnsi="Segoe UI"/>
          <w:b w:val="0"/>
          <w:i w:val="0"/>
          <w:color w:val="334155"/>
          <w:sz w:val="20"/>
        </w:rPr>
        <w:t xml:space="preserve"> Nhập tên mới cho tab.</w:t>
      </w:r>
    </w:p>
    <w:p>
      <w:pPr>
        <w:pStyle w:val="ListBullet"/>
        <w:spacing w:after="40" w:line="276" w:lineRule="auto"/>
      </w:pPr>
      <w:r>
        <w:rPr>
          <w:rFonts w:ascii="Segoe UI" w:hAnsi="Segoe UI"/>
          <w:b/>
          <w:i w:val="0"/>
          <w:color w:val="334155"/>
          <w:sz w:val="20"/>
        </w:rPr>
        <w:t>Sao chép chế độ xem:</w:t>
      </w:r>
      <w:r>
        <w:rPr>
          <w:rFonts w:ascii="Segoe UI" w:hAnsi="Segoe UI"/>
          <w:b w:val="0"/>
          <w:i w:val="0"/>
          <w:color w:val="334155"/>
          <w:sz w:val="20"/>
        </w:rPr>
        <w:t xml:space="preserve"> Nhân bản cấu hình view hiện tại để tạo ra một view biến thể khác mà không phải cấu hình lại từ đầu.</w:t>
      </w:r>
    </w:p>
    <w:p>
      <w:pPr>
        <w:pStyle w:val="ListBullet"/>
        <w:spacing w:after="40" w:line="276" w:lineRule="auto"/>
      </w:pPr>
      <w:r>
        <w:rPr>
          <w:rFonts w:ascii="Segoe UI" w:hAnsi="Segoe UI"/>
          <w:b/>
          <w:i w:val="0"/>
          <w:color w:val="334155"/>
          <w:sz w:val="20"/>
        </w:rPr>
        <w:t>Cấu hình chế độ xem:</w:t>
      </w:r>
      <w:r>
        <w:rPr>
          <w:rFonts w:ascii="Segoe UI" w:hAnsi="Segoe UI"/>
          <w:b w:val="0"/>
          <w:i w:val="0"/>
          <w:color w:val="334155"/>
          <w:sz w:val="20"/>
        </w:rPr>
        <w:t xml:space="preserve"> Điều chỉnh quyền truy cập:</w:t>
      </w:r>
    </w:p>
    <w:p>
      <w:pPr>
        <w:pStyle w:val="ListBullet"/>
        <w:spacing w:after="40" w:line="276" w:lineRule="auto"/>
      </w:pPr>
      <w:r>
        <w:rPr>
          <w:rFonts w:ascii="Segoe UI" w:hAnsi="Segoe UI"/>
          <w:b/>
          <w:i w:val="0"/>
          <w:color w:val="334155"/>
          <w:sz w:val="20"/>
        </w:rPr>
        <w:t>Công khai (Public):</w:t>
      </w:r>
      <w:r>
        <w:rPr>
          <w:rFonts w:ascii="Segoe UI" w:hAnsi="Segoe UI"/>
          <w:b w:val="0"/>
          <w:i w:val="0"/>
          <w:color w:val="334155"/>
          <w:sz w:val="20"/>
        </w:rPr>
        <w:t xml:space="preserve"> Toàn bộ nhân viên trong công ty đều nhìn thấy và sử dụng được tab này.</w:t>
      </w:r>
    </w:p>
    <w:p>
      <w:pPr>
        <w:pStyle w:val="ListBullet"/>
        <w:spacing w:after="40" w:line="276" w:lineRule="auto"/>
      </w:pPr>
      <w:r>
        <w:rPr>
          <w:rFonts w:ascii="Segoe UI" w:hAnsi="Segoe UI"/>
          <w:b/>
          <w:i w:val="0"/>
          <w:color w:val="334155"/>
          <w:sz w:val="20"/>
        </w:rPr>
        <w:t>Riêng tư (Private):</w:t>
      </w:r>
      <w:r>
        <w:rPr>
          <w:rFonts w:ascii="Segoe UI" w:hAnsi="Segoe UI"/>
          <w:b w:val="0"/>
          <w:i w:val="0"/>
          <w:color w:val="334155"/>
          <w:sz w:val="20"/>
        </w:rPr>
        <w:t xml:space="preserve"> Chỉ duy nhất tài khoản của bạn nhìn thấy.</w:t>
      </w:r>
    </w:p>
    <w:p>
      <w:pPr>
        <w:pStyle w:val="ListBullet"/>
        <w:spacing w:after="40" w:line="276" w:lineRule="auto"/>
      </w:pPr>
      <w:r>
        <w:rPr>
          <w:rFonts w:ascii="Segoe UI" w:hAnsi="Segoe UI"/>
          <w:b/>
          <w:i w:val="0"/>
          <w:color w:val="334155"/>
          <w:sz w:val="20"/>
        </w:rPr>
        <w:t>Theo nhóm / Vai trò (Role-based):</w:t>
      </w:r>
      <w:r>
        <w:rPr>
          <w:rFonts w:ascii="Segoe UI" w:hAnsi="Segoe UI"/>
          <w:b w:val="0"/>
          <w:i w:val="0"/>
          <w:color w:val="334155"/>
          <w:sz w:val="20"/>
        </w:rPr>
        <w:t xml:space="preserve"> Chỉ cấp quyền xem cho các phòng ban cụ thể.</w:t>
      </w:r>
    </w:p>
    <w:p>
      <w:pPr>
        <w:pStyle w:val="ListBullet"/>
        <w:spacing w:after="40" w:line="276" w:lineRule="auto"/>
      </w:pPr>
      <w:r>
        <w:rPr>
          <w:rFonts w:ascii="Segoe UI" w:hAnsi="Segoe UI"/>
          <w:b/>
          <w:i w:val="0"/>
          <w:color w:val="334155"/>
          <w:sz w:val="20"/>
        </w:rPr>
        <w:t>Xóa chế độ xem:</w:t>
      </w:r>
      <w:r>
        <w:rPr>
          <w:rFonts w:ascii="Segoe UI" w:hAnsi="Segoe UI"/>
          <w:b w:val="0"/>
          <w:i w:val="0"/>
          <w:color w:val="334155"/>
          <w:sz w:val="20"/>
        </w:rPr>
        <w:t xml:space="preserve"> Xóa tab view (chỉ xóa cấu hình hiển thị, </w:t>
      </w:r>
      <w:r>
        <w:rPr>
          <w:rFonts w:ascii="Segoe UI" w:hAnsi="Segoe UI"/>
          <w:b/>
          <w:i w:val="0"/>
          <w:color w:val="334155"/>
          <w:sz w:val="20"/>
        </w:rPr>
        <w:t>không làm mất dữ liệu khách hàng</w:t>
      </w:r>
      <w:r>
        <w:rPr>
          <w:rFonts w:ascii="Segoe UI" w:hAnsi="Segoe UI"/>
          <w:b w:val="0"/>
          <w:i w:val="0"/>
          <w:color w:val="334155"/>
          <w:sz w:val="20"/>
        </w:rPr>
        <w:t>).</w:t>
      </w:r>
    </w:p>
    <w:p>
      <w:pPr>
        <w:spacing w:before="160" w:after="40"/>
        <w:jc w:val="center"/>
      </w:pPr>
      <w:r>
        <w:drawing>
          <wp:inline xmlns:a="http://schemas.openxmlformats.org/drawingml/2006/main" xmlns:pic="http://schemas.openxmlformats.org/drawingml/2006/picture">
            <wp:extent cx="5486400" cy="2723198"/>
            <wp:docPr id="4" name="Picture 4"/>
            <wp:cNvGraphicFramePr>
              <a:graphicFrameLocks noChangeAspect="1"/>
            </wp:cNvGraphicFramePr>
            <a:graphic>
              <a:graphicData uri="http://schemas.openxmlformats.org/drawingml/2006/picture">
                <pic:pic>
                  <pic:nvPicPr>
                    <pic:cNvPr id="0" name="view_step3_manage_options.png"/>
                    <pic:cNvPicPr/>
                  </pic:nvPicPr>
                  <pic:blipFill>
                    <a:blip r:embed="rId14"/>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3: Menu tùy chọn: Đổi tên, Sao chép, Cấu hình chế độ xem và Xóa.</w:t>
      </w:r>
    </w:p>
    <w:p>
      <w:pPr>
        <w:keepNext/>
        <w:spacing w:before="120" w:after="40"/>
      </w:pPr>
      <w:r>
        <w:rPr>
          <w:rFonts w:ascii="Segoe UI" w:hAnsi="Segoe UI"/>
          <w:b/>
          <w:i w:val="0"/>
          <w:color w:val="334155"/>
          <w:sz w:val="20"/>
        </w:rPr>
        <w:t>Bước 4: Lưu cấu hình vào Chế độ xem</w:t>
      </w:r>
    </w:p>
    <w:p>
      <w:pPr>
        <w:spacing w:after="80" w:line="276" w:lineRule="auto"/>
      </w:pPr>
      <w:r>
        <w:rPr>
          <w:rFonts w:ascii="Segoe UI" w:hAnsi="Segoe UI"/>
          <w:b w:val="0"/>
          <w:i w:val="0"/>
          <w:color w:val="1E293B"/>
          <w:sz w:val="20"/>
        </w:rPr>
        <w:t xml:space="preserve">Mỗi khi bạn thực hiện thay đổi bộ lọc, sắp xếp lại cột hoặc ẩn/hiện trường thông tin, biểu tượng </w:t>
      </w:r>
      <w:r>
        <w:rPr>
          <w:rFonts w:ascii="Segoe UI" w:hAnsi="Segoe UI"/>
          <w:b/>
          <w:i w:val="0"/>
          <w:color w:val="1E293B"/>
          <w:sz w:val="20"/>
        </w:rPr>
        <w:t>Lưu chế độ xem</w:t>
      </w:r>
      <w:r>
        <w:rPr>
          <w:rFonts w:ascii="Segoe UI" w:hAnsi="Segoe UI"/>
          <w:b w:val="0"/>
          <w:i w:val="0"/>
          <w:color w:val="1E293B"/>
          <w:sz w:val="20"/>
        </w:rPr>
        <w:t xml:space="preserve"> (chiếc đĩa mềm) sẽ sáng lên cạnh tên tab. Bấm nút này để cập nhật vĩnh viễn cấu hình vào view.</w:t>
      </w:r>
    </w:p>
    <w:p>
      <w:pPr>
        <w:spacing w:before="160" w:after="40"/>
        <w:jc w:val="center"/>
      </w:pPr>
      <w:r>
        <w:drawing>
          <wp:inline xmlns:a="http://schemas.openxmlformats.org/drawingml/2006/main" xmlns:pic="http://schemas.openxmlformats.org/drawingml/2006/picture">
            <wp:extent cx="5486400" cy="2723198"/>
            <wp:docPr id="5" name="Picture 5"/>
            <wp:cNvGraphicFramePr>
              <a:graphicFrameLocks noChangeAspect="1"/>
            </wp:cNvGraphicFramePr>
            <a:graphic>
              <a:graphicData uri="http://schemas.openxmlformats.org/drawingml/2006/picture">
                <pic:pic>
                  <pic:nvPicPr>
                    <pic:cNvPr id="0" name="view_step4_save_button.png"/>
                    <pic:cNvPicPr/>
                  </pic:nvPicPr>
                  <pic:blipFill>
                    <a:blip r:embed="rId15"/>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4: Bấm vào biểu tượng đĩa mềm để lưu cấu hình bộ lọc, sắp xếp và cột vào view hiện tại.</w:t>
      </w:r>
    </w:p>
    <w:p>
      <w:pPr>
        <w:spacing w:after="80"/>
      </w:pPr>
    </w:p>
    <w:p>
      <w:pPr>
        <w:keepNext/>
        <w:spacing w:before="200" w:after="60"/>
      </w:pPr>
      <w:r>
        <w:rPr>
          <w:rFonts w:ascii="Segoe UI" w:hAnsi="Segoe UI"/>
          <w:b/>
          <w:i w:val="0"/>
          <w:color w:val="0F172A"/>
          <w:sz w:val="22"/>
        </w:rPr>
        <w:t>2. Thiết lập Bộ lọc &amp; Lọc nâng cao (Advanced Filters)</w:t>
      </w:r>
    </w:p>
    <w:p>
      <w:pPr>
        <w:keepNext/>
        <w:spacing w:before="120" w:after="40"/>
      </w:pPr>
      <w:r>
        <w:rPr>
          <w:rFonts w:ascii="Segoe UI" w:hAnsi="Segoe UI"/>
          <w:b/>
          <w:i w:val="0"/>
          <w:color w:val="334155"/>
          <w:sz w:val="20"/>
        </w:rPr>
        <w:t>Bước 1: Mở giao diện Lọc nâng cao</w:t>
      </w:r>
    </w:p>
    <w:p>
      <w:pPr>
        <w:spacing w:after="80" w:line="276" w:lineRule="auto"/>
      </w:pPr>
      <w:r>
        <w:rPr>
          <w:rFonts w:ascii="Segoe UI" w:hAnsi="Segoe UI"/>
          <w:b w:val="0"/>
          <w:i w:val="0"/>
          <w:color w:val="1E293B"/>
          <w:sz w:val="20"/>
        </w:rPr>
        <w:t xml:space="preserve">Trên thanh công cụ phía trên bảng danh sách, bấm vào nút </w:t>
      </w:r>
      <w:r>
        <w:rPr>
          <w:rFonts w:ascii="Segoe UI" w:hAnsi="Segoe UI"/>
          <w:b/>
          <w:i w:val="0"/>
          <w:color w:val="1E293B"/>
          <w:sz w:val="20"/>
        </w:rPr>
        <w:t>Lọc nâng cao</w:t>
      </w:r>
      <w:r>
        <w:rPr>
          <w:rFonts w:ascii="Segoe UI" w:hAnsi="Segoe UI"/>
          <w:b w:val="0"/>
          <w:i w:val="0"/>
          <w:color w:val="1E293B"/>
          <w:sz w:val="20"/>
        </w:rPr>
        <w:t>.</w:t>
      </w:r>
    </w:p>
    <w:p>
      <w:pPr>
        <w:spacing w:before="160" w:after="40"/>
        <w:jc w:val="center"/>
      </w:pPr>
      <w:r>
        <w:drawing>
          <wp:inline xmlns:a="http://schemas.openxmlformats.org/drawingml/2006/main" xmlns:pic="http://schemas.openxmlformats.org/drawingml/2006/picture">
            <wp:extent cx="5486400" cy="2723198"/>
            <wp:docPr id="6" name="Picture 6"/>
            <wp:cNvGraphicFramePr>
              <a:graphicFrameLocks noChangeAspect="1"/>
            </wp:cNvGraphicFramePr>
            <a:graphic>
              <a:graphicData uri="http://schemas.openxmlformats.org/drawingml/2006/picture">
                <pic:pic>
                  <pic:nvPicPr>
                    <pic:cNvPr id="0" name="filter_step1_open_filter.png"/>
                    <pic:cNvPicPr/>
                  </pic:nvPicPr>
                  <pic:blipFill>
                    <a:blip r:embed="rId16"/>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1: Bấm nút Lọc nâng cao để mở ngăn thiết lập điều kiện.</w:t>
      </w:r>
    </w:p>
    <w:p>
      <w:pPr>
        <w:keepNext/>
        <w:spacing w:before="120" w:after="40"/>
      </w:pPr>
      <w:r>
        <w:rPr>
          <w:rFonts w:ascii="Segoe UI" w:hAnsi="Segoe UI"/>
          <w:b/>
          <w:i w:val="0"/>
          <w:color w:val="334155"/>
          <w:sz w:val="20"/>
        </w:rPr>
        <w:t>Bước 2: Thiết lập các dòng điều kiện ghép nối logic</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 Thêm điều kiện</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Chọn trường:</w:t>
      </w:r>
      <w:r>
        <w:rPr>
          <w:rFonts w:ascii="Segoe UI" w:hAnsi="Segoe UI"/>
          <w:b w:val="0"/>
          <w:i w:val="0"/>
          <w:color w:val="334155"/>
          <w:sz w:val="20"/>
        </w:rPr>
        <w:t xml:space="preserve"> Chọn bất kỳ trường dữ liệu mặc định hoặc trường tùy chỉnh nào (</w:t>
      </w:r>
      <w:r>
        <w:rPr>
          <w:rFonts w:ascii="Segoe UI" w:hAnsi="Segoe UI"/>
          <w:b w:val="0"/>
          <w:i/>
          <w:color w:val="334155"/>
          <w:sz w:val="20"/>
        </w:rPr>
        <w:t>Tỉnh/Thành phố, Giới tính, Doanh thu, Lần tương tác cuối...</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Toán tử:</w:t>
      </w:r>
      <w:r>
        <w:rPr>
          <w:rFonts w:ascii="Segoe UI" w:hAnsi="Segoe UI"/>
          <w:b w:val="0"/>
          <w:i w:val="0"/>
          <w:color w:val="334155"/>
          <w:sz w:val="20"/>
        </w:rPr>
        <w:t xml:space="preserve"> Lựa chọn phép so sánh phù hợp (</w:t>
      </w:r>
      <w:r>
        <w:rPr>
          <w:rFonts w:ascii="Segoe UI" w:hAnsi="Segoe UI"/>
          <w:b w:val="0"/>
          <w:i/>
          <w:color w:val="334155"/>
          <w:sz w:val="20"/>
        </w:rPr>
        <w:t>Bằng, Không bằng, Chứa, Không chứa, Trong khoảng, Đã có dữ liệu, Chưa có dữ liệu</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Giá trị so sánh:</w:t>
      </w:r>
      <w:r>
        <w:rPr>
          <w:rFonts w:ascii="Segoe UI" w:hAnsi="Segoe UI"/>
          <w:b w:val="0"/>
          <w:i w:val="0"/>
          <w:color w:val="334155"/>
          <w:sz w:val="20"/>
        </w:rPr>
        <w:t xml:space="preserve"> Nhập giá trị văn bản hoặc chọn từ danh sách.</w:t>
      </w:r>
    </w:p>
    <w:p>
      <w:pPr>
        <w:pStyle w:val="ListNumber"/>
        <w:spacing w:after="40" w:line="276" w:lineRule="auto"/>
      </w:pPr>
      <w:r>
        <w:rPr>
          <w:rFonts w:ascii="Segoe UI" w:hAnsi="Segoe UI"/>
          <w:b w:val="0"/>
          <w:i w:val="0"/>
          <w:color w:val="334155"/>
          <w:sz w:val="20"/>
        </w:rPr>
        <w:t>Ghép nối điều kiện logic:</w:t>
      </w:r>
    </w:p>
    <w:p>
      <w:pPr>
        <w:pStyle w:val="ListBullet"/>
        <w:spacing w:after="40" w:line="276" w:lineRule="auto"/>
      </w:pPr>
      <w:r>
        <w:rPr>
          <w:rFonts w:ascii="Segoe UI" w:hAnsi="Segoe UI"/>
          <w:b w:val="0"/>
          <w:i w:val="0"/>
          <w:color w:val="334155"/>
          <w:sz w:val="20"/>
        </w:rPr>
        <w:t xml:space="preserve">Chọn </w:t>
      </w:r>
      <w:r>
        <w:rPr>
          <w:rFonts w:ascii="Segoe UI" w:hAnsi="Segoe UI"/>
          <w:b/>
          <w:i w:val="0"/>
          <w:color w:val="334155"/>
          <w:sz w:val="20"/>
        </w:rPr>
        <w:t>VÀ (AND):</w:t>
      </w:r>
      <w:r>
        <w:rPr>
          <w:rFonts w:ascii="Segoe UI" w:hAnsi="Segoe UI"/>
          <w:b w:val="0"/>
          <w:i w:val="0"/>
          <w:color w:val="334155"/>
          <w:sz w:val="20"/>
        </w:rPr>
        <w:t xml:space="preserve"> Khách hàng phải đồng thời thỏa mãn tất cả các tiêu chí.</w:t>
      </w:r>
    </w:p>
    <w:p>
      <w:pPr>
        <w:pStyle w:val="ListBullet"/>
        <w:spacing w:after="40" w:line="276" w:lineRule="auto"/>
      </w:pPr>
      <w:r>
        <w:rPr>
          <w:rFonts w:ascii="Segoe UI" w:hAnsi="Segoe UI"/>
          <w:b w:val="0"/>
          <w:i w:val="0"/>
          <w:color w:val="334155"/>
          <w:sz w:val="20"/>
        </w:rPr>
        <w:t xml:space="preserve">Chọn </w:t>
      </w:r>
      <w:r>
        <w:rPr>
          <w:rFonts w:ascii="Segoe UI" w:hAnsi="Segoe UI"/>
          <w:b/>
          <w:i w:val="0"/>
          <w:color w:val="334155"/>
          <w:sz w:val="20"/>
        </w:rPr>
        <w:t>HOẶC (OR):</w:t>
      </w:r>
      <w:r>
        <w:rPr>
          <w:rFonts w:ascii="Segoe UI" w:hAnsi="Segoe UI"/>
          <w:b w:val="0"/>
          <w:i w:val="0"/>
          <w:color w:val="334155"/>
          <w:sz w:val="20"/>
        </w:rPr>
        <w:t xml:space="preserve"> Khách hàng chỉ cần thỏa mãn một trong các tiêu chí.</w:t>
      </w:r>
    </w:p>
    <w:p>
      <w:pPr>
        <w:spacing w:before="160" w:after="40"/>
        <w:jc w:val="center"/>
      </w:pPr>
      <w:r>
        <w:drawing>
          <wp:inline xmlns:a="http://schemas.openxmlformats.org/drawingml/2006/main" xmlns:pic="http://schemas.openxmlformats.org/drawingml/2006/picture">
            <wp:extent cx="5486400" cy="2723198"/>
            <wp:docPr id="7" name="Picture 7"/>
            <wp:cNvGraphicFramePr>
              <a:graphicFrameLocks noChangeAspect="1"/>
            </wp:cNvGraphicFramePr>
            <a:graphic>
              <a:graphicData uri="http://schemas.openxmlformats.org/drawingml/2006/picture">
                <pic:pic>
                  <pic:nvPicPr>
                    <pic:cNvPr id="0" name="filter_step2_add_conditions.png"/>
                    <pic:cNvPicPr/>
                  </pic:nvPicPr>
                  <pic:blipFill>
                    <a:blip r:embed="rId17"/>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2: Thêm các dòng điều kiện lọc và lựa chọn logic VÀ / HOẶC.</w:t>
      </w:r>
    </w:p>
    <w:p>
      <w:pPr>
        <w:keepNext/>
        <w:spacing w:before="120" w:after="40"/>
      </w:pPr>
      <w:r>
        <w:rPr>
          <w:rFonts w:ascii="Segoe UI" w:hAnsi="Segoe UI"/>
          <w:b/>
          <w:i w:val="0"/>
          <w:color w:val="334155"/>
          <w:sz w:val="20"/>
        </w:rPr>
        <w:t>Bước 3: Áp dụng và xem kết quả lọc</w:t>
      </w:r>
    </w:p>
    <w:p>
      <w:pPr>
        <w:spacing w:after="80" w:line="276" w:lineRule="auto"/>
      </w:pPr>
      <w:r>
        <w:rPr>
          <w:rFonts w:ascii="Segoe UI" w:hAnsi="Segoe UI"/>
          <w:b w:val="0"/>
          <w:i w:val="0"/>
          <w:color w:val="1E293B"/>
          <w:sz w:val="20"/>
        </w:rPr>
        <w:t xml:space="preserve">Bấm nút </w:t>
      </w:r>
      <w:r>
        <w:rPr>
          <w:rFonts w:ascii="Segoe UI" w:hAnsi="Segoe UI"/>
          <w:b/>
          <w:i w:val="0"/>
          <w:color w:val="1E293B"/>
          <w:sz w:val="20"/>
        </w:rPr>
        <w:t>Áp dụng</w:t>
      </w:r>
      <w:r>
        <w:rPr>
          <w:rFonts w:ascii="Segoe UI" w:hAnsi="Segoe UI"/>
          <w:b w:val="0"/>
          <w:i w:val="0"/>
          <w:color w:val="1E293B"/>
          <w:sz w:val="20"/>
        </w:rPr>
        <w:t>. Bảng dữ liệu sẽ lập tức lọc ra danh sách khách hàng thỏa mãn các điều kiện vừa thiết lập.</w:t>
      </w:r>
    </w:p>
    <w:p>
      <w:pPr>
        <w:spacing w:before="160" w:after="40"/>
        <w:jc w:val="center"/>
      </w:pPr>
      <w:r>
        <w:drawing>
          <wp:inline xmlns:a="http://schemas.openxmlformats.org/drawingml/2006/main" xmlns:pic="http://schemas.openxmlformats.org/drawingml/2006/picture">
            <wp:extent cx="5486400" cy="2723198"/>
            <wp:docPr id="8" name="Picture 8"/>
            <wp:cNvGraphicFramePr>
              <a:graphicFrameLocks noChangeAspect="1"/>
            </wp:cNvGraphicFramePr>
            <a:graphic>
              <a:graphicData uri="http://schemas.openxmlformats.org/drawingml/2006/picture">
                <pic:pic>
                  <pic:nvPicPr>
                    <pic:cNvPr id="0" name="filter_step3_apply_result.png"/>
                    <pic:cNvPicPr/>
                  </pic:nvPicPr>
                  <pic:blipFill>
                    <a:blip r:embed="rId18"/>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3: Kết quả danh sách khách hàng sau khi áp dụng bộ lọc nâng cao.</w:t>
      </w:r>
    </w:p>
    <w:p>
      <w:pPr>
        <w:spacing w:after="80"/>
      </w:pPr>
    </w:p>
    <w:p>
      <w:pPr>
        <w:keepNext/>
        <w:spacing w:before="200" w:after="60"/>
      </w:pPr>
      <w:r>
        <w:rPr>
          <w:rFonts w:ascii="Segoe UI" w:hAnsi="Segoe UI"/>
          <w:b/>
          <w:i w:val="0"/>
          <w:color w:val="0F172A"/>
          <w:sz w:val="22"/>
        </w:rPr>
        <w:t>3. Tùy chỉnh Cột hiển thị &amp; Sắp xếp (Sort &amp; Columns)</w:t>
      </w:r>
    </w:p>
    <w:p>
      <w:pPr>
        <w:keepNext/>
        <w:spacing w:before="120" w:after="40"/>
      </w:pPr>
      <w:r>
        <w:rPr>
          <w:rFonts w:ascii="Segoe UI" w:hAnsi="Segoe UI"/>
          <w:b/>
          <w:i w:val="0"/>
          <w:color w:val="334155"/>
          <w:sz w:val="20"/>
        </w:rPr>
        <w:t>Bước 1: Mở cửa sổ Cấu hình cột</w:t>
      </w:r>
    </w:p>
    <w:p>
      <w:pPr>
        <w:spacing w:after="80" w:line="276" w:lineRule="auto"/>
      </w:pPr>
      <w:r>
        <w:rPr>
          <w:rFonts w:ascii="Segoe UI" w:hAnsi="Segoe UI"/>
          <w:b w:val="0"/>
          <w:i w:val="0"/>
          <w:color w:val="1E293B"/>
          <w:sz w:val="20"/>
        </w:rPr>
        <w:t xml:space="preserve">Bấm vào biểu tượng </w:t>
      </w:r>
      <w:r>
        <w:rPr>
          <w:rFonts w:ascii="Segoe UI" w:hAnsi="Segoe UI"/>
          <w:b/>
          <w:i w:val="0"/>
          <w:color w:val="1E293B"/>
          <w:sz w:val="20"/>
        </w:rPr>
        <w:t>Bánh răng / Cột</w:t>
      </w:r>
      <w:r>
        <w:rPr>
          <w:rFonts w:ascii="Segoe UI" w:hAnsi="Segoe UI"/>
          <w:b w:val="0"/>
          <w:i w:val="0"/>
          <w:color w:val="1E293B"/>
          <w:sz w:val="20"/>
        </w:rPr>
        <w:t xml:space="preserve"> ở góc trên bên phải của bảng dữ liệu.</w:t>
      </w:r>
    </w:p>
    <w:p>
      <w:pPr>
        <w:spacing w:before="160" w:after="40"/>
        <w:jc w:val="center"/>
      </w:pPr>
      <w:r>
        <w:drawing>
          <wp:inline xmlns:a="http://schemas.openxmlformats.org/drawingml/2006/main" xmlns:pic="http://schemas.openxmlformats.org/drawingml/2006/picture">
            <wp:extent cx="5486400" cy="2723198"/>
            <wp:docPr id="9" name="Picture 9"/>
            <wp:cNvGraphicFramePr>
              <a:graphicFrameLocks noChangeAspect="1"/>
            </wp:cNvGraphicFramePr>
            <a:graphic>
              <a:graphicData uri="http://schemas.openxmlformats.org/drawingml/2006/picture">
                <pic:pic>
                  <pic:nvPicPr>
                    <pic:cNvPr id="0" name="column_step1_open_settings.png"/>
                    <pic:cNvPicPr/>
                  </pic:nvPicPr>
                  <pic:blipFill>
                    <a:blip r:embed="rId19"/>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1: Bấm biểu tượng bánh răng ở góc phải bảng.</w:t>
      </w:r>
    </w:p>
    <w:p>
      <w:pPr>
        <w:keepNext/>
        <w:spacing w:before="120" w:after="40"/>
      </w:pPr>
      <w:r>
        <w:rPr>
          <w:rFonts w:ascii="Segoe UI" w:hAnsi="Segoe UI"/>
          <w:b/>
          <w:i w:val="0"/>
          <w:color w:val="334155"/>
          <w:sz w:val="20"/>
        </w:rPr>
        <w:t>Bước 2: Tùy chỉnh ẩn hiện và sắp xếp vị trí cột</w:t>
      </w:r>
    </w:p>
    <w:p>
      <w:pPr>
        <w:pStyle w:val="ListNumber"/>
        <w:spacing w:after="40" w:line="276" w:lineRule="auto"/>
      </w:pPr>
      <w:r>
        <w:rPr>
          <w:rFonts w:ascii="Segoe UI" w:hAnsi="Segoe UI"/>
          <w:b/>
          <w:i w:val="0"/>
          <w:color w:val="334155"/>
          <w:sz w:val="20"/>
        </w:rPr>
        <w:t>Ẩn / Hiện cột:</w:t>
      </w:r>
      <w:r>
        <w:rPr>
          <w:rFonts w:ascii="Segoe UI" w:hAnsi="Segoe UI"/>
          <w:b w:val="0"/>
          <w:i w:val="0"/>
          <w:color w:val="334155"/>
          <w:sz w:val="20"/>
        </w:rPr>
        <w:t xml:space="preserve"> Tích chọn ô vuông trước tên trường để hiển thị, hoặc bỏ tích để ẩn cột khỏi bảng.</w:t>
      </w:r>
    </w:p>
    <w:p>
      <w:pPr>
        <w:pStyle w:val="ListNumber"/>
        <w:spacing w:after="40" w:line="276" w:lineRule="auto"/>
      </w:pPr>
      <w:r>
        <w:rPr>
          <w:rFonts w:ascii="Segoe UI" w:hAnsi="Segoe UI"/>
          <w:b/>
          <w:i w:val="0"/>
          <w:color w:val="334155"/>
          <w:sz w:val="20"/>
        </w:rPr>
        <w:t>Sắp xếp thứ tự cột:</w:t>
      </w:r>
      <w:r>
        <w:rPr>
          <w:rFonts w:ascii="Segoe UI" w:hAnsi="Segoe UI"/>
          <w:b w:val="0"/>
          <w:i w:val="0"/>
          <w:color w:val="334155"/>
          <w:sz w:val="20"/>
        </w:rPr>
        <w:t xml:space="preserve"> Nhấn giữ biểu tượng </w:t>
      </w:r>
      <w:r>
        <w:rPr>
          <w:rFonts w:ascii="Segoe UI" w:hAnsi="Segoe UI"/>
          <w:b/>
          <w:i w:val="0"/>
          <w:color w:val="334155"/>
          <w:sz w:val="20"/>
        </w:rPr>
        <w:t>`⋮⋮`</w:t>
      </w:r>
      <w:r>
        <w:rPr>
          <w:rFonts w:ascii="Segoe UI" w:hAnsi="Segoe UI"/>
          <w:b w:val="0"/>
          <w:i w:val="0"/>
          <w:color w:val="334155"/>
          <w:sz w:val="20"/>
        </w:rPr>
        <w:t xml:space="preserve"> cạnh tên trường và kéo thả lên/xuống để thay đổi vị trí cột từ trái sang phải trên màn hình.</w:t>
      </w:r>
    </w:p>
    <w:p>
      <w:pPr>
        <w:pStyle w:val="ListNumber"/>
        <w:spacing w:after="40" w:line="276" w:lineRule="auto"/>
      </w:pPr>
      <w:r>
        <w:rPr>
          <w:rFonts w:ascii="Segoe UI" w:hAnsi="Segoe UI"/>
          <w:b/>
          <w:i w:val="0"/>
          <w:color w:val="334155"/>
          <w:sz w:val="20"/>
        </w:rPr>
        <w:t>Ghim cột cố định (Freeze column):</w:t>
      </w:r>
      <w:r>
        <w:rPr>
          <w:rFonts w:ascii="Segoe UI" w:hAnsi="Segoe UI"/>
          <w:b w:val="0"/>
          <w:i w:val="0"/>
          <w:color w:val="334155"/>
          <w:sz w:val="20"/>
        </w:rPr>
        <w:t xml:space="preserve"> Chọn ghim cố định các cột nhận diện (như </w:t>
      </w:r>
      <w:r>
        <w:rPr>
          <w:rFonts w:ascii="Segoe UI" w:hAnsi="Segoe UI"/>
          <w:b w:val="0"/>
          <w:i/>
          <w:color w:val="334155"/>
          <w:sz w:val="20"/>
        </w:rPr>
        <w:t>Cột chọn, Tên khách hàng, Số điện thoại</w:t>
      </w:r>
      <w:r>
        <w:rPr>
          <w:rFonts w:ascii="Segoe UI" w:hAnsi="Segoe UI"/>
          <w:b w:val="0"/>
          <w:i w:val="0"/>
          <w:color w:val="334155"/>
          <w:sz w:val="20"/>
        </w:rPr>
        <w:t>) để khi cuộn ngang bảng, các thông tin này luôn cố định bên trái màn hình.</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Áp dụng</w:t>
      </w:r>
      <w:r>
        <w:rPr>
          <w:rFonts w:ascii="Segoe UI" w:hAnsi="Segoe UI"/>
          <w:b w:val="0"/>
          <w:i w:val="0"/>
          <w:color w:val="334155"/>
          <w:sz w:val="20"/>
        </w:rPr>
        <w:t>.</w:t>
      </w:r>
    </w:p>
    <w:p>
      <w:pPr>
        <w:spacing w:before="160" w:after="40"/>
        <w:jc w:val="center"/>
      </w:pPr>
      <w:r>
        <w:drawing>
          <wp:inline xmlns:a="http://schemas.openxmlformats.org/drawingml/2006/main" xmlns:pic="http://schemas.openxmlformats.org/drawingml/2006/picture">
            <wp:extent cx="5486400" cy="2723198"/>
            <wp:docPr id="10" name="Picture 10"/>
            <wp:cNvGraphicFramePr>
              <a:graphicFrameLocks noChangeAspect="1"/>
            </wp:cNvGraphicFramePr>
            <a:graphic>
              <a:graphicData uri="http://schemas.openxmlformats.org/drawingml/2006/picture">
                <pic:pic>
                  <pic:nvPicPr>
                    <pic:cNvPr id="0" name="column_step2_reorder_toggle.png"/>
                    <pic:cNvPicPr/>
                  </pic:nvPicPr>
                  <pic:blipFill>
                    <a:blip r:embed="rId20"/>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2: Danh sách các cột cho phép tích chọn và kéo thả thứ tự.</w:t>
      </w:r>
    </w:p>
    <w:p>
      <w:pPr>
        <w:spacing w:after="80"/>
      </w:pPr>
    </w:p>
    <w:p>
      <w:pPr>
        <w:keepNext/>
        <w:spacing w:before="200" w:after="60"/>
      </w:pPr>
      <w:r>
        <w:rPr>
          <w:rFonts w:ascii="Segoe UI" w:hAnsi="Segoe UI"/>
          <w:b/>
          <w:i w:val="0"/>
          <w:color w:val="0F172A"/>
          <w:sz w:val="22"/>
        </w:rPr>
        <w:t>4. Chỉnh sửa Trực tiếp trên Bảng (Inline Edit) &amp; Tự động lưu (Autosave)</w:t>
      </w:r>
    </w:p>
    <w:p>
      <w:pPr>
        <w:spacing w:after="80" w:line="276" w:lineRule="auto"/>
      </w:pPr>
      <w:r>
        <w:rPr>
          <w:rFonts w:ascii="Segoe UI" w:hAnsi="Segoe UI"/>
          <w:b w:val="0"/>
          <w:i w:val="0"/>
          <w:color w:val="1E293B"/>
          <w:sz w:val="20"/>
        </w:rPr>
        <w:t>UCALL cho phép bạn chỉnh sửa dữ liệu trực tiếp như một bảng tính Excel mà không cần phải bấm vào mở trang chi tiết của từng khách hàng:</w:t>
      </w:r>
    </w:p>
    <w:p>
      <w:pPr>
        <w:keepNext/>
        <w:spacing w:before="120" w:after="40"/>
      </w:pPr>
      <w:r>
        <w:rPr>
          <w:rFonts w:ascii="Segoe UI" w:hAnsi="Segoe UI"/>
          <w:b/>
          <w:i w:val="0"/>
          <w:color w:val="334155"/>
          <w:sz w:val="20"/>
        </w:rPr>
        <w:t>Bước 1: Nhấp đúp vào ô để sửa dữ liệu</w:t>
      </w:r>
    </w:p>
    <w:p>
      <w:pPr>
        <w:pStyle w:val="ListBullet"/>
        <w:spacing w:after="40" w:line="276" w:lineRule="auto"/>
      </w:pPr>
      <w:r>
        <w:rPr>
          <w:rFonts w:ascii="Segoe UI" w:hAnsi="Segoe UI"/>
          <w:b w:val="0"/>
          <w:i w:val="0"/>
          <w:color w:val="334155"/>
          <w:sz w:val="20"/>
        </w:rPr>
        <w:t>Nhấp đúp chuột vào ô dữ liệu cần chỉnh sửa (Họ tên, SĐT, Email, Người phụ trách, Hành trình, Nhãn dán, Ghi chú,...).</w:t>
      </w:r>
    </w:p>
    <w:p>
      <w:pPr>
        <w:pStyle w:val="ListBullet"/>
        <w:spacing w:after="40" w:line="276" w:lineRule="auto"/>
      </w:pPr>
      <w:r>
        <w:rPr>
          <w:rFonts w:ascii="Segoe UI" w:hAnsi="Segoe UI"/>
          <w:b w:val="0"/>
          <w:i w:val="0"/>
          <w:color w:val="334155"/>
          <w:sz w:val="20"/>
        </w:rPr>
        <w:t>Nhập giá trị mới hoặc chọn từ danh sách lựa chọn.</w:t>
      </w:r>
    </w:p>
    <w:p>
      <w:pPr>
        <w:pStyle w:val="ListBullet"/>
        <w:spacing w:after="40" w:line="276" w:lineRule="auto"/>
      </w:pPr>
      <w:r>
        <w:rPr>
          <w:rFonts w:ascii="Segoe UI" w:hAnsi="Segoe UI"/>
          <w:b w:val="0"/>
          <w:i w:val="0"/>
          <w:color w:val="334155"/>
          <w:sz w:val="20"/>
        </w:rPr>
        <w:t xml:space="preserve">Nhấn phím </w:t>
      </w:r>
      <w:r>
        <w:rPr>
          <w:rFonts w:ascii="Segoe UI" w:hAnsi="Segoe UI"/>
          <w:b/>
          <w:i w:val="0"/>
          <w:color w:val="334155"/>
          <w:sz w:val="20"/>
        </w:rPr>
        <w:t>Enter</w:t>
      </w:r>
      <w:r>
        <w:rPr>
          <w:rFonts w:ascii="Segoe UI" w:hAnsi="Segoe UI"/>
          <w:b w:val="0"/>
          <w:i w:val="0"/>
          <w:color w:val="334155"/>
          <w:sz w:val="20"/>
        </w:rPr>
        <w:t xml:space="preserve"> hoặc nhấp chuột ra ngoài ô để hoàn tất việc sửa.</w:t>
      </w:r>
    </w:p>
    <w:p>
      <w:pPr>
        <w:spacing w:before="160" w:after="40"/>
        <w:jc w:val="center"/>
      </w:pPr>
      <w:r>
        <w:drawing>
          <wp:inline xmlns:a="http://schemas.openxmlformats.org/drawingml/2006/main" xmlns:pic="http://schemas.openxmlformats.org/drawingml/2006/picture">
            <wp:extent cx="5486400" cy="2723198"/>
            <wp:docPr id="11" name="Picture 11"/>
            <wp:cNvGraphicFramePr>
              <a:graphicFrameLocks noChangeAspect="1"/>
            </wp:cNvGraphicFramePr>
            <a:graphic>
              <a:graphicData uri="http://schemas.openxmlformats.org/drawingml/2006/picture">
                <pic:pic>
                  <pic:nvPicPr>
                    <pic:cNvPr id="0" name="inline_edit_step1_click_cell.png"/>
                    <pic:cNvPicPr/>
                  </pic:nvPicPr>
                  <pic:blipFill>
                    <a:blip r:embed="rId21"/>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1: Nhấp đúp vào ô để chuyển sang trạng thái biên tập trực tiếp.</w:t>
      </w:r>
    </w:p>
    <w:p>
      <w:pPr>
        <w:keepNext/>
        <w:spacing w:before="120" w:after="40"/>
      </w:pPr>
      <w:r>
        <w:rPr>
          <w:rFonts w:ascii="Segoe UI" w:hAnsi="Segoe UI"/>
          <w:b/>
          <w:i w:val="0"/>
          <w:color w:val="334155"/>
          <w:sz w:val="20"/>
        </w:rPr>
        <w:t>Bước 2: Bật / Tắt công tắc Tự động lưu (Autosave)</w:t>
      </w:r>
    </w:p>
    <w:p>
      <w:pPr>
        <w:spacing w:after="80" w:line="276" w:lineRule="auto"/>
      </w:pPr>
      <w:r>
        <w:rPr>
          <w:rFonts w:ascii="Segoe UI" w:hAnsi="Segoe UI"/>
          <w:b w:val="0"/>
          <w:i w:val="0"/>
          <w:color w:val="1E293B"/>
          <w:sz w:val="20"/>
        </w:rPr>
        <w:t xml:space="preserve">Tại góc trên bên phải của bảng có công tắc </w:t>
      </w:r>
      <w:r>
        <w:rPr>
          <w:rFonts w:ascii="Segoe UI" w:hAnsi="Segoe UI"/>
          <w:b/>
          <w:i w:val="0"/>
          <w:color w:val="1E293B"/>
          <w:sz w:val="20"/>
        </w:rPr>
        <w:t>Tự động lưu (Autosave)</w:t>
      </w:r>
      <w:r>
        <w:rPr>
          <w:rFonts w:ascii="Segoe UI" w:hAnsi="Segoe UI"/>
          <w:b w:val="0"/>
          <w:i w:val="0"/>
          <w:color w:val="1E293B"/>
          <w:sz w:val="20"/>
        </w:rPr>
        <w:t>:</w:t>
      </w:r>
    </w:p>
    <w:p>
      <w:pPr>
        <w:spacing w:before="160" w:after="40"/>
        <w:jc w:val="center"/>
      </w:pPr>
      <w:r>
        <w:drawing>
          <wp:inline xmlns:a="http://schemas.openxmlformats.org/drawingml/2006/main" xmlns:pic="http://schemas.openxmlformats.org/drawingml/2006/picture">
            <wp:extent cx="5486400" cy="2723198"/>
            <wp:docPr id="12" name="Picture 12"/>
            <wp:cNvGraphicFramePr>
              <a:graphicFrameLocks noChangeAspect="1"/>
            </wp:cNvGraphicFramePr>
            <a:graphic>
              <a:graphicData uri="http://schemas.openxmlformats.org/drawingml/2006/picture">
                <pic:pic>
                  <pic:nvPicPr>
                    <pic:cNvPr id="0" name="inline_edit_step2_autosave_toggle.png"/>
                    <pic:cNvPicPr/>
                  </pic:nvPicPr>
                  <pic:blipFill>
                    <a:blip r:embed="rId22"/>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2: Công tắc Tự động lưu (Autosave) ở góc trên bên phải bảng.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Chế độ</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Hành vi của hệ thống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Khuyến nghị áp dụng</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BẬT (Autosave ON)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Dữ liệu sau khi sửa được tự động lưu lên máy chủ ngay lập tức khi bạn rời khỏi ô (Blur/Enter).</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Khi cần xử lý nhanh từng khách hàng đơn lẻ trong quá trình trực điện thoại.</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TẮT (Autosave OFF)</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Các ô được chỉnh sửa sẽ hiển thị viền nổi bật (Pending changes). Dữ liệu chỉ được cập nhật chính thức khi bạn bấm nút </w:t>
            </w:r>
            <w:r>
              <w:rPr>
                <w:rFonts w:ascii="Segoe UI" w:hAnsi="Segoe UI"/>
                <w:b/>
                <w:i w:val="0"/>
                <w:color w:val="1E293B"/>
                <w:sz w:val="18"/>
              </w:rPr>
              <w:t>Lưu thay đổi</w:t>
            </w:r>
            <w:r>
              <w:rPr>
                <w:rFonts w:ascii="Segoe UI" w:hAnsi="Segoe UI"/>
                <w:b w:val="0"/>
                <w:i w:val="0"/>
                <w:color w:val="1E293B"/>
                <w:sz w:val="18"/>
              </w:rPr>
              <w:t xml:space="preserve"> trên thanh thông báo.</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Khi cần rà soát sửa đổi hàng loạt ô trước khi lưu, tránh vô tình gõ nhầm.</w:t>
            </w:r>
          </w:p>
        </w:tc>
      </w:tr>
    </w:tbl>
    <w:p>
      <w:pPr>
        <w:spacing w:after="80"/>
      </w:pPr>
    </w:p>
    <w:p>
      <w:pPr>
        <w:spacing w:after="80"/>
      </w:pPr>
    </w:p>
    <w:p>
      <w:pPr>
        <w:keepNext/>
        <w:spacing w:before="200" w:after="60"/>
      </w:pPr>
      <w:r>
        <w:rPr>
          <w:rFonts w:ascii="Segoe UI" w:hAnsi="Segoe UI"/>
          <w:b/>
          <w:i w:val="0"/>
          <w:color w:val="0F172A"/>
          <w:sz w:val="22"/>
        </w:rPr>
        <w:t>5. Thao tác Nhanh trên từng Dòng (Row Quick Actions)</w:t>
      </w:r>
    </w:p>
    <w:p>
      <w:pPr>
        <w:spacing w:after="80" w:line="276" w:lineRule="auto"/>
      </w:pPr>
      <w:r>
        <w:rPr>
          <w:rFonts w:ascii="Segoe UI" w:hAnsi="Segoe UI"/>
          <w:b w:val="0"/>
          <w:i w:val="0"/>
          <w:color w:val="1E293B"/>
          <w:sz w:val="20"/>
        </w:rPr>
        <w:t>Tại mỗi dòng khách hàng, rê chuột sang các biểu tượng thao tác nhanh ở đầu dòng hoặc cuối dòng:</w:t>
      </w:r>
    </w:p>
    <w:p>
      <w:pPr>
        <w:pStyle w:val="ListBullet"/>
        <w:spacing w:after="40" w:line="276" w:lineRule="auto"/>
      </w:pPr>
      <w:r>
        <w:rPr>
          <w:rFonts w:ascii="Segoe UI" w:hAnsi="Segoe UI"/>
          <w:b/>
          <w:i w:val="0"/>
          <w:color w:val="334155"/>
          <w:sz w:val="20"/>
        </w:rPr>
        <w:t>Gọi điện 1-click (Click-to-Call):</w:t>
      </w:r>
      <w:r>
        <w:rPr>
          <w:rFonts w:ascii="Segoe UI" w:hAnsi="Segoe UI"/>
          <w:b w:val="0"/>
          <w:i w:val="0"/>
          <w:color w:val="334155"/>
          <w:sz w:val="20"/>
        </w:rPr>
        <w:t xml:space="preserve"> Bấm vào biểu tượng </w:t>
      </w:r>
      <w:r>
        <w:rPr>
          <w:rFonts w:ascii="Segoe UI" w:hAnsi="Segoe UI"/>
          <w:b/>
          <w:i w:val="0"/>
          <w:color w:val="334155"/>
          <w:sz w:val="20"/>
        </w:rPr>
        <w:t>📞 Điện thoại</w:t>
      </w:r>
      <w:r>
        <w:rPr>
          <w:rFonts w:ascii="Segoe UI" w:hAnsi="Segoe UI"/>
          <w:b w:val="0"/>
          <w:i w:val="0"/>
          <w:color w:val="334155"/>
          <w:sz w:val="20"/>
        </w:rPr>
        <w:t>. Hệ thống sẽ kích hoạt bàn phím ảo (Softphone) hoặc tổng đài VoIP tích hợp để quay số trực tiếp đến khách hàng mà nhân viên không cần gõ số thủ công.</w:t>
      </w:r>
    </w:p>
    <w:p>
      <w:pPr>
        <w:pStyle w:val="ListBullet"/>
        <w:spacing w:after="40" w:line="276" w:lineRule="auto"/>
      </w:pPr>
      <w:r>
        <w:rPr>
          <w:rFonts w:ascii="Segoe UI" w:hAnsi="Segoe UI"/>
          <w:b/>
          <w:i w:val="0"/>
          <w:color w:val="334155"/>
          <w:sz w:val="20"/>
        </w:rPr>
        <w:t>Ghi chú nhanh (Quick Note):</w:t>
      </w:r>
      <w:r>
        <w:rPr>
          <w:rFonts w:ascii="Segoe UI" w:hAnsi="Segoe UI"/>
          <w:b w:val="0"/>
          <w:i w:val="0"/>
          <w:color w:val="334155"/>
          <w:sz w:val="20"/>
        </w:rPr>
        <w:t xml:space="preserve"> Bấm vào biểu tượng </w:t>
      </w:r>
      <w:r>
        <w:rPr>
          <w:rFonts w:ascii="Segoe UI" w:hAnsi="Segoe UI"/>
          <w:b/>
          <w:i w:val="0"/>
          <w:color w:val="334155"/>
          <w:sz w:val="20"/>
        </w:rPr>
        <w:t>📝 Ghi chú</w:t>
      </w:r>
      <w:r>
        <w:rPr>
          <w:rFonts w:ascii="Segoe UI" w:hAnsi="Segoe UI"/>
          <w:b w:val="0"/>
          <w:i w:val="0"/>
          <w:color w:val="334155"/>
          <w:sz w:val="20"/>
        </w:rPr>
        <w:t xml:space="preserve"> để mở cửa sổ popover, nhập nhanh nội dung tóm tắt vừa trao đổi và lưu lại vào nhật ký khách hàng.</w:t>
      </w:r>
    </w:p>
    <w:p>
      <w:pPr>
        <w:pStyle w:val="ListBullet"/>
        <w:spacing w:after="40" w:line="276" w:lineRule="auto"/>
      </w:pPr>
      <w:r>
        <w:rPr>
          <w:rFonts w:ascii="Segoe UI" w:hAnsi="Segoe UI"/>
          <w:b/>
          <w:i w:val="0"/>
          <w:color w:val="334155"/>
          <w:sz w:val="20"/>
        </w:rPr>
        <w:t>Xem chi tiết:</w:t>
      </w:r>
      <w:r>
        <w:rPr>
          <w:rFonts w:ascii="Segoe UI" w:hAnsi="Segoe UI"/>
          <w:b w:val="0"/>
          <w:i w:val="0"/>
          <w:color w:val="334155"/>
          <w:sz w:val="20"/>
        </w:rPr>
        <w:t xml:space="preserve"> Bấm trực tiếp vào tên khách hàng để chuyển hướng sang màn hình chi tiết 360 độ.</w:t>
      </w:r>
    </w:p>
    <w:p>
      <w:pPr>
        <w:spacing w:after="80"/>
      </w:pPr>
    </w:p>
    <w:p>
      <w:pPr>
        <w:keepNext/>
        <w:spacing w:before="260" w:after="80"/>
      </w:pPr>
      <w:r>
        <w:rPr>
          <w:rFonts w:ascii="Segoe UI" w:hAnsi="Segoe UI"/>
          <w:b/>
          <w:i w:val="0"/>
          <w:color w:val="0284C7"/>
          <w:sz w:val="26"/>
        </w:rPr>
        <w:t>II.3 Xử lý Sự cố Danh sách &amp; Chế độ xem (Troubleshooting)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Hiện tượng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Nguyên nhân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Hướng dẫn xử lý</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Sửa dữ liệu trên ô xong nhưng f5 lại mất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Nút gạt </w:t>
            </w:r>
            <w:r>
              <w:rPr>
                <w:rFonts w:ascii="Segoe UI" w:hAnsi="Segoe UI"/>
                <w:b w:val="0"/>
                <w:i/>
                <w:color w:val="1E293B"/>
                <w:sz w:val="18"/>
              </w:rPr>
              <w:t>Tự động lưu (Autosave)</w:t>
            </w:r>
            <w:r>
              <w:rPr>
                <w:rFonts w:ascii="Segoe UI" w:hAnsi="Segoe UI"/>
                <w:b w:val="0"/>
                <w:i w:val="0"/>
                <w:color w:val="1E293B"/>
                <w:sz w:val="18"/>
              </w:rPr>
              <w:t xml:space="preserve"> đang TẮT và bạn chưa bấm nút "Lưu thay đổi" màu xanh trên thanh thông báo.</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Bật công tắc </w:t>
            </w:r>
            <w:r>
              <w:rPr>
                <w:rFonts w:ascii="Segoe UI" w:hAnsi="Segoe UI"/>
                <w:b w:val="0"/>
                <w:i/>
                <w:color w:val="1E293B"/>
                <w:sz w:val="18"/>
              </w:rPr>
              <w:t>Tự động lưu</w:t>
            </w:r>
            <w:r>
              <w:rPr>
                <w:rFonts w:ascii="Segoe UI" w:hAnsi="Segoe UI"/>
                <w:b w:val="0"/>
                <w:i w:val="0"/>
                <w:color w:val="1E293B"/>
                <w:sz w:val="18"/>
              </w:rPr>
              <w:t xml:space="preserve"> hoặc luôn chú ý bấm nút </w:t>
            </w:r>
            <w:r>
              <w:rPr>
                <w:rFonts w:ascii="Segoe UI" w:hAnsi="Segoe UI"/>
                <w:b/>
                <w:i w:val="0"/>
                <w:color w:val="1E293B"/>
                <w:sz w:val="18"/>
              </w:rPr>
              <w:t>Lưu thay đổi</w:t>
            </w:r>
            <w:r>
              <w:rPr>
                <w:rFonts w:ascii="Segoe UI" w:hAnsi="Segoe UI"/>
                <w:b w:val="0"/>
                <w:i w:val="0"/>
                <w:color w:val="1E293B"/>
                <w:sz w:val="18"/>
              </w:rPr>
              <w:t xml:space="preserve"> trước khi rời trang.</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Không tìm thấy khách hàng dù đã nhập đúng số điện thoại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Chế độ xem hiện tại đang có bộ lọc (Filter) làm ẩn khách hàng đó đi.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Bấm nút </w:t>
            </w:r>
            <w:r>
              <w:rPr>
                <w:rFonts w:ascii="Segoe UI" w:hAnsi="Segoe UI"/>
                <w:b/>
                <w:i w:val="0"/>
                <w:color w:val="1E293B"/>
                <w:sz w:val="18"/>
              </w:rPr>
              <w:t>Đặt lại bộ lọc</w:t>
            </w:r>
            <w:r>
              <w:rPr>
                <w:rFonts w:ascii="Segoe UI" w:hAnsi="Segoe UI"/>
                <w:b w:val="0"/>
                <w:i w:val="0"/>
                <w:color w:val="1E293B"/>
                <w:sz w:val="18"/>
              </w:rPr>
              <w:t xml:space="preserve"> hoặc chuyển sang tab chế độ xem </w:t>
            </w:r>
            <w:r>
              <w:rPr>
                <w:rFonts w:ascii="Segoe UI" w:hAnsi="Segoe UI"/>
                <w:b w:val="0"/>
                <w:i/>
                <w:color w:val="1E293B"/>
                <w:sz w:val="18"/>
              </w:rPr>
              <w:t>"Tất cả khách hàng"</w:t>
            </w:r>
            <w:r>
              <w:rPr>
                <w:rFonts w:ascii="Segoe UI" w:hAnsi="Segoe UI"/>
                <w:b w:val="0"/>
                <w:i w:val="0"/>
                <w:color w:val="1E293B"/>
                <w:sz w:val="18"/>
              </w:rPr>
              <w:t xml:space="preserve"> rồi tìm kiếm lại.</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Không kéo thả được thứ tự cột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Bảng đang ở trạng thái cuộn ngang hoặc màn hình đang bị zoom không chuẩn.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Đặt lại tỉ lệ zoom trình duyệt về 100% hoặc mở cửa sổ </w:t>
            </w:r>
            <w:r>
              <w:rPr>
                <w:rFonts w:ascii="Segoe UI" w:hAnsi="Segoe UI"/>
                <w:b w:val="0"/>
                <w:i/>
                <w:color w:val="1E293B"/>
                <w:sz w:val="18"/>
              </w:rPr>
              <w:t>Cấu hình cột</w:t>
            </w:r>
            <w:r>
              <w:rPr>
                <w:rFonts w:ascii="Segoe UI" w:hAnsi="Segoe UI"/>
                <w:b w:val="0"/>
                <w:i w:val="0"/>
                <w:color w:val="1E293B"/>
                <w:sz w:val="18"/>
              </w:rPr>
              <w:t xml:space="preserve"> để sắp xếp bằng danh sách.</w:t>
            </w:r>
          </w:p>
        </w:tc>
      </w:tr>
    </w:tbl>
    <w:p>
      <w:pPr>
        <w:spacing w:after="80"/>
      </w:pPr>
    </w:p>
    <w:p>
      <w:pPr>
        <w:spacing w:after="80"/>
      </w:pPr>
    </w:p>
    <w:p>
      <w:pPr>
        <w:keepNext/>
        <w:spacing w:before="260" w:after="80"/>
      </w:pPr>
      <w:r>
        <w:rPr>
          <w:rFonts w:ascii="Segoe UI" w:hAnsi="Segoe UI"/>
          <w:b/>
          <w:i w:val="0"/>
          <w:color w:val="0284C7"/>
          <w:sz w:val="26"/>
        </w:rPr>
        <w:t>II.4 Câu hỏi thường gặp về Danh sách &amp; Chế độ xem (FAQs)</w:t>
      </w:r>
    </w:p>
    <w:p>
      <w:pPr>
        <w:pStyle w:val="ListBullet"/>
        <w:spacing w:after="40" w:line="276" w:lineRule="auto"/>
      </w:pPr>
      <w:r>
        <w:rPr>
          <w:rFonts w:ascii="Segoe UI" w:hAnsi="Segoe UI"/>
          <w:b/>
          <w:i w:val="0"/>
          <w:color w:val="334155"/>
          <w:sz w:val="20"/>
        </w:rPr>
        <w:t>Q: Xóa một Chế độ xem (View) có làm mất dữ liệu khách hàng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Không.</w:t>
      </w:r>
      <w:r>
        <w:rPr>
          <w:rFonts w:ascii="Segoe UI" w:hAnsi="Segoe UI"/>
          <w:b w:val="0"/>
          <w:i w:val="0"/>
          <w:color w:val="334155"/>
          <w:sz w:val="20"/>
        </w:rPr>
        <w:t xml:space="preserve"> Chế độ xem chỉ là một bộ lọc và cấu hình giao diện hiển thị. Việc tạo mới, chỉnh sửa hoặc xóa View hoàn toàn không ảnh hưởng đến dữ liệu khách hàng trong hệ thống.</w:t>
      </w:r>
    </w:p>
    <w:p>
      <w:pPr>
        <w:pStyle w:val="ListBullet"/>
        <w:spacing w:after="40" w:line="276" w:lineRule="auto"/>
      </w:pPr>
      <w:r>
        <w:rPr>
          <w:rFonts w:ascii="Segoe UI" w:hAnsi="Segoe UI"/>
          <w:b/>
          <w:i w:val="0"/>
          <w:color w:val="334155"/>
          <w:sz w:val="20"/>
        </w:rPr>
        <w:t>Q: Một Chế độ xem có thể chia sẻ cho người khác cùng dùng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Có.</w:t>
      </w:r>
      <w:r>
        <w:rPr>
          <w:rFonts w:ascii="Segoe UI" w:hAnsi="Segoe UI"/>
          <w:b w:val="0"/>
          <w:i w:val="0"/>
          <w:color w:val="334155"/>
          <w:sz w:val="20"/>
        </w:rPr>
        <w:t xml:space="preserve"> Khi tạo hoặc cấu hình view, bạn chỉ cần chọn quyền truy cập là </w:t>
      </w:r>
      <w:r>
        <w:rPr>
          <w:rFonts w:ascii="Segoe UI" w:hAnsi="Segoe UI"/>
          <w:b/>
          <w:i w:val="0"/>
          <w:color w:val="334155"/>
          <w:sz w:val="20"/>
        </w:rPr>
        <w:t>Công khai (Public)</w:t>
      </w:r>
      <w:r>
        <w:rPr>
          <w:rFonts w:ascii="Segoe UI" w:hAnsi="Segoe UI"/>
          <w:b w:val="0"/>
          <w:i w:val="0"/>
          <w:color w:val="334155"/>
          <w:sz w:val="20"/>
        </w:rPr>
        <w:t xml:space="preserve"> hoặc chọn theo </w:t>
      </w:r>
      <w:r>
        <w:rPr>
          <w:rFonts w:ascii="Segoe UI" w:hAnsi="Segoe UI"/>
          <w:b/>
          <w:i w:val="0"/>
          <w:color w:val="334155"/>
          <w:sz w:val="20"/>
        </w:rPr>
        <w:t>Phòng ban / Vai trò</w:t>
      </w:r>
      <w:r>
        <w:rPr>
          <w:rFonts w:ascii="Segoe UI" w:hAnsi="Segoe UI"/>
          <w:b w:val="0"/>
          <w:i w:val="0"/>
          <w:color w:val="334155"/>
          <w:sz w:val="20"/>
        </w:rPr>
        <w:t xml:space="preserve"> để đồng nghiệp cùng nhìn thấy và sử dụng.</w:t>
      </w:r>
    </w:p>
    <w:p>
      <w:r>
        <w:br w:type="page"/>
      </w:r>
    </w:p>
    <w:p>
      <w:pPr>
        <w:spacing w:before="280" w:after="80"/>
      </w:pPr>
      <w:r>
        <w:rPr>
          <w:rFonts w:ascii="Segoe UI" w:hAnsi="Segoe UI"/>
          <w:b/>
          <w:i w:val="0"/>
          <w:color w:val="1E3A8A"/>
          <w:sz w:val="32"/>
        </w:rPr>
        <w:t>CHƯƠNG III: THAO TÁC HÀNG LOẠT TRÊN KHÁCH HÀNG (BULK ACTIONS)</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0F9FF"/>
            <w:tcBorders>
              <w:top w:val="none"/>
              <w:bottom w:val="none"/>
              <w:left w:val="single" w:sz="24" w:space="0" w:color="0284C7"/>
              <w:right w:val="none"/>
            </w:tcBorders>
          </w:tcPr>
          <w:p>
            <w:pPr>
              <w:spacing w:after="60" w:line="276" w:lineRule="auto"/>
            </w:pPr>
            <w:r>
              <w:rPr>
                <w:rFonts w:ascii="Segoe UI" w:hAnsi="Segoe UI"/>
                <w:b/>
                <w:i w:val="0"/>
                <w:color w:val="0284C7"/>
                <w:sz w:val="20"/>
              </w:rPr>
              <w:t>ℹ️ BỐI CẢNH &amp; MỤC TIÊU</w:t>
            </w:r>
          </w:p>
          <w:p>
            <w:pPr>
              <w:spacing w:after="40" w:line="276" w:lineRule="auto"/>
            </w:pPr>
            <w:r>
              <w:rPr>
                <w:rFonts w:ascii="Segoe UI" w:hAnsi="Segoe UI"/>
                <w:b/>
                <w:i w:val="0"/>
                <w:color w:val="333333"/>
                <w:sz w:val="19"/>
              </w:rPr>
              <w:t>Mục tiêu:</w:t>
            </w:r>
            <w:r>
              <w:rPr>
                <w:rFonts w:ascii="Segoe UI" w:hAnsi="Segoe UI"/>
                <w:b w:val="0"/>
                <w:i w:val="0"/>
                <w:color w:val="333333"/>
                <w:sz w:val="19"/>
              </w:rPr>
              <w:t xml:space="preserve"> Giúp nhân viên và người quản lý tiết kiệm tối đa thời gian xử lý dữ liệu khi cần điều chỉnh đồng thời hàng trăm hoặc hàng ngàn khách hàng, phân bổ lead cho các chiến dịch tự động (Callbot AI, Telesale), gửi email tiếp thị hàng loạt hoặc dọn dẹp dữ liệu.</w:t>
            </w:r>
          </w:p>
        </w:tc>
      </w:tr>
    </w:tbl>
    <w:p>
      <w:pPr>
        <w:spacing w:after="80"/>
      </w:pPr>
    </w:p>
    <w:p>
      <w:pPr>
        <w:spacing w:after="80"/>
      </w:pPr>
    </w:p>
    <w:p>
      <w:pPr>
        <w:keepNext/>
        <w:spacing w:before="260" w:after="80"/>
      </w:pPr>
      <w:r>
        <w:rPr>
          <w:rFonts w:ascii="Segoe UI" w:hAnsi="Segoe UI"/>
          <w:b/>
          <w:i w:val="0"/>
          <w:color w:val="0284C7"/>
          <w:sz w:val="26"/>
        </w:rPr>
        <w:t>III.1 Tổng quan &amp; Cách kích hoạt Thanh công cụ hàng loạt</w:t>
      </w:r>
    </w:p>
    <w:p>
      <w:pPr>
        <w:spacing w:after="80" w:line="276" w:lineRule="auto"/>
      </w:pPr>
      <w:r>
        <w:rPr>
          <w:rFonts w:ascii="Segoe UI" w:hAnsi="Segoe UI"/>
          <w:b w:val="0"/>
          <w:i w:val="0"/>
          <w:color w:val="1E293B"/>
          <w:sz w:val="20"/>
        </w:rPr>
        <w:t xml:space="preserve">Thanh công cụ hàng loạt là một bảng điều khiển nổi xuất hiện tự động ngay khi bạn tích chọn từ </w:t>
      </w:r>
      <w:r>
        <w:rPr>
          <w:rFonts w:ascii="Segoe UI" w:hAnsi="Segoe UI"/>
          <w:b/>
          <w:i w:val="0"/>
          <w:color w:val="1E293B"/>
          <w:sz w:val="20"/>
        </w:rPr>
        <w:t>2 khách hàng trở lên</w:t>
      </w:r>
      <w:r>
        <w:rPr>
          <w:rFonts w:ascii="Segoe UI" w:hAnsi="Segoe UI"/>
          <w:b w:val="0"/>
          <w:i w:val="0"/>
          <w:color w:val="1E293B"/>
          <w:sz w:val="20"/>
        </w:rPr>
        <w:t xml:space="preserve"> (hoặc tích vào ô vuông trên cùng của tiêu đề cột để chọn toàn bộ trang):</w:t>
      </w:r>
    </w:p>
    <w:p>
      <w:pPr>
        <w:spacing w:before="160" w:after="40"/>
        <w:jc w:val="center"/>
      </w:pPr>
      <w:r>
        <w:drawing>
          <wp:inline xmlns:a="http://schemas.openxmlformats.org/drawingml/2006/main" xmlns:pic="http://schemas.openxmlformats.org/drawingml/2006/picture">
            <wp:extent cx="5486400" cy="2723198"/>
            <wp:docPr id="13" name="Picture 13"/>
            <wp:cNvGraphicFramePr>
              <a:graphicFrameLocks noChangeAspect="1"/>
            </wp:cNvGraphicFramePr>
            <a:graphic>
              <a:graphicData uri="http://schemas.openxmlformats.org/drawingml/2006/picture">
                <pic:pic>
                  <pic:nvPicPr>
                    <pic:cNvPr id="0" name="batch_action_bar.png"/>
                    <pic:cNvPicPr/>
                  </pic:nvPicPr>
                  <pic:blipFill>
                    <a:blip r:embed="rId23"/>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Thanh công cụ hàng loạt hiển thị số lượng khách hàng đã chọn và các tác vụ nhanh.</w:t>
      </w:r>
    </w:p>
    <w:p>
      <w:pPr>
        <w:spacing w:before="160" w:after="40"/>
        <w:jc w:val="center"/>
      </w:pPr>
      <w:r>
        <w:drawing>
          <wp:inline xmlns:a="http://schemas.openxmlformats.org/drawingml/2006/main" xmlns:pic="http://schemas.openxmlformats.org/drawingml/2006/picture">
            <wp:extent cx="5486400" cy="2723198"/>
            <wp:docPr id="14" name="Picture 14"/>
            <wp:cNvGraphicFramePr>
              <a:graphicFrameLocks noChangeAspect="1"/>
            </wp:cNvGraphicFramePr>
            <a:graphic>
              <a:graphicData uri="http://schemas.openxmlformats.org/drawingml/2006/picture">
                <pic:pic>
                  <pic:nvPicPr>
                    <pic:cNvPr id="0" name="bulk_actions_menu.png"/>
                    <pic:cNvPicPr/>
                  </pic:nvPicPr>
                  <pic:blipFill>
                    <a:blip r:embed="rId24"/>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Bấm nút 'Thao tác khác' để mở các tính năng nâng cao: Thêm vào Callbot, Telesale, Gửi Email, Danh sách tĩnh.</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FF5F5"/>
            <w:tcBorders>
              <w:top w:val="none"/>
              <w:bottom w:val="none"/>
              <w:left w:val="single" w:sz="24" w:space="0" w:color="DC2626"/>
              <w:right w:val="none"/>
            </w:tcBorders>
          </w:tcPr>
          <w:p>
            <w:pPr>
              <w:spacing w:after="60" w:line="276" w:lineRule="auto"/>
            </w:pPr>
            <w:r>
              <w:rPr>
                <w:rFonts w:ascii="Segoe UI" w:hAnsi="Segoe UI"/>
                <w:b/>
                <w:i w:val="0"/>
                <w:color w:val="DC2626"/>
                <w:sz w:val="20"/>
              </w:rPr>
              <w:t>⚠️ CẢNH BÁO AN TOÀN DỮ LIỆU</w:t>
            </w:r>
          </w:p>
          <w:p>
            <w:pPr>
              <w:spacing w:after="40" w:line="276" w:lineRule="auto"/>
            </w:pPr>
            <w:r>
              <w:rPr>
                <w:rFonts w:ascii="Segoe UI" w:hAnsi="Segoe UI"/>
                <w:b/>
                <w:i w:val="0"/>
                <w:color w:val="333333"/>
                <w:sz w:val="19"/>
              </w:rPr>
              <w:t>CẢNH BÁO AN TOÀN DỮ LIỆU KHI XÓA:</w:t>
            </w:r>
            <w:r>
              <w:rPr>
                <w:rFonts w:ascii="Segoe UI" w:hAnsi="Segoe UI"/>
                <w:b w:val="0"/>
                <w:i w:val="0"/>
                <w:color w:val="333333"/>
                <w:sz w:val="19"/>
              </w:rPr>
              <w:t xml:space="preserve"> Thao tác </w:t>
            </w:r>
            <w:r>
              <w:rPr>
                <w:rFonts w:ascii="Segoe UI" w:hAnsi="Segoe UI"/>
                <w:b/>
                <w:i w:val="0"/>
                <w:color w:val="333333"/>
                <w:sz w:val="19"/>
              </w:rPr>
              <w:t>Xóa khách hàng</w:t>
            </w:r>
            <w:r>
              <w:rPr>
                <w:rFonts w:ascii="Segoe UI" w:hAnsi="Segoe UI"/>
                <w:b w:val="0"/>
                <w:i w:val="0"/>
                <w:color w:val="333333"/>
                <w:sz w:val="19"/>
              </w:rPr>
              <w:t xml:space="preserve"> là hành động xóa dứt điểm vĩnh viễn và </w:t>
            </w:r>
            <w:r>
              <w:rPr>
                <w:rFonts w:ascii="Segoe UI" w:hAnsi="Segoe UI"/>
                <w:b/>
                <w:i w:val="0"/>
                <w:color w:val="333333"/>
                <w:sz w:val="19"/>
              </w:rPr>
              <w:t>KHÔNG THỂ KHÔI PHỤC</w:t>
            </w:r>
            <w:r>
              <w:rPr>
                <w:rFonts w:ascii="Segoe UI" w:hAnsi="Segoe UI"/>
                <w:b w:val="0"/>
                <w:i w:val="0"/>
                <w:color w:val="333333"/>
                <w:sz w:val="19"/>
              </w:rPr>
              <w:t xml:space="preserve">. Toàn bộ dữ liệu gắn liền gồm lịch sử cuộc gọi, file ghi âm, ghi chú, đơn hàng và tiến trình liên quan sẽ bị xóa khỏi hệ thống. Vui lòng cân nhắc chuyển trạng thái khách hàng sang </w:t>
            </w:r>
            <w:r>
              <w:rPr>
                <w:rFonts w:ascii="Segoe UI" w:hAnsi="Segoe UI"/>
                <w:b w:val="0"/>
                <w:i/>
                <w:color w:val="333333"/>
                <w:sz w:val="19"/>
              </w:rPr>
              <w:t>"Không tiềm năng"</w:t>
            </w:r>
            <w:r>
              <w:rPr>
                <w:rFonts w:ascii="Segoe UI" w:hAnsi="Segoe UI"/>
                <w:b w:val="0"/>
                <w:i w:val="0"/>
                <w:color w:val="333333"/>
                <w:sz w:val="19"/>
              </w:rPr>
              <w:t xml:space="preserve"> thay vì xóa.</w:t>
            </w:r>
          </w:p>
        </w:tc>
      </w:tr>
    </w:tbl>
    <w:p>
      <w:pPr>
        <w:spacing w:after="80"/>
      </w:pPr>
    </w:p>
    <w:p>
      <w:pPr>
        <w:spacing w:after="80"/>
      </w:pPr>
    </w:p>
    <w:p>
      <w:pPr>
        <w:keepNext/>
        <w:spacing w:before="260" w:after="80"/>
      </w:pPr>
      <w:r>
        <w:rPr>
          <w:rFonts w:ascii="Segoe UI" w:hAnsi="Segoe UI"/>
          <w:b/>
          <w:i w:val="0"/>
          <w:color w:val="0284C7"/>
          <w:sz w:val="26"/>
        </w:rPr>
        <w:t>III.2 Hướng dẫn chi tiết từng tác vụ hàng loạt (Từng bước có ảnh minh họa)</w:t>
      </w:r>
    </w:p>
    <w:p>
      <w:pPr>
        <w:keepNext/>
        <w:spacing w:before="200" w:after="60"/>
      </w:pPr>
      <w:r>
        <w:rPr>
          <w:rFonts w:ascii="Segoe UI" w:hAnsi="Segoe UI"/>
          <w:b/>
          <w:i w:val="0"/>
          <w:color w:val="0F172A"/>
          <w:sz w:val="22"/>
        </w:rPr>
        <w:t>1. Sửa hàng loạt trường dữ liệu (Bulk Edit)</w:t>
      </w:r>
    </w:p>
    <w:p>
      <w:pPr>
        <w:spacing w:after="80" w:line="276" w:lineRule="auto"/>
      </w:pPr>
      <w:r>
        <w:rPr>
          <w:rFonts w:ascii="Segoe UI" w:hAnsi="Segoe UI"/>
          <w:b w:val="0"/>
          <w:i w:val="0"/>
          <w:color w:val="1E293B"/>
          <w:sz w:val="20"/>
        </w:rPr>
        <w:t>Tính năng này giúp bạn đồng bộ cập nhật giá trị cho một hoặc nhiều trường thông tin của tập khách hàng đã chọn mà không phải mở từng hồ sơ.</w:t>
      </w:r>
    </w:p>
    <w:p>
      <w:pPr>
        <w:keepNext/>
        <w:spacing w:before="120" w:after="40"/>
      </w:pPr>
      <w:r>
        <w:rPr>
          <w:rFonts w:ascii="Segoe UI" w:hAnsi="Segoe UI"/>
          <w:b/>
          <w:i w:val="0"/>
          <w:color w:val="334155"/>
          <w:sz w:val="20"/>
        </w:rPr>
        <w:t>Bước 1: Tích chọn các khách hàng cần sửa trên bảng</w:t>
      </w:r>
    </w:p>
    <w:p>
      <w:pPr>
        <w:spacing w:after="80" w:line="276" w:lineRule="auto"/>
      </w:pPr>
      <w:r>
        <w:rPr>
          <w:rFonts w:ascii="Segoe UI" w:hAnsi="Segoe UI"/>
          <w:b w:val="0"/>
          <w:i w:val="0"/>
          <w:color w:val="1E293B"/>
          <w:sz w:val="20"/>
        </w:rPr>
        <w:t>Tích chọn các ô vuông nhỏ ở đầu mỗi dòng khách hàng cần chỉnh sửa (hoặc tích ô vuông trên cùng tiêu đề để chọn tất cả).</w:t>
      </w:r>
    </w:p>
    <w:p>
      <w:pPr>
        <w:spacing w:before="160" w:after="40"/>
        <w:jc w:val="center"/>
      </w:pPr>
      <w:r>
        <w:drawing>
          <wp:inline xmlns:a="http://schemas.openxmlformats.org/drawingml/2006/main" xmlns:pic="http://schemas.openxmlformats.org/drawingml/2006/picture">
            <wp:extent cx="5486400" cy="2723198"/>
            <wp:docPr id="15" name="Picture 15"/>
            <wp:cNvGraphicFramePr>
              <a:graphicFrameLocks noChangeAspect="1"/>
            </wp:cNvGraphicFramePr>
            <a:graphic>
              <a:graphicData uri="http://schemas.openxmlformats.org/drawingml/2006/picture">
                <pic:pic>
                  <pic:nvPicPr>
                    <pic:cNvPr id="0" name="bulk_edit_step1_select.png"/>
                    <pic:cNvPicPr/>
                  </pic:nvPicPr>
                  <pic:blipFill>
                    <a:blip r:embed="rId25"/>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1: Đánh dấu chọn các khách hàng cần thực hiện sửa hàng loạt.</w:t>
      </w:r>
    </w:p>
    <w:p>
      <w:pPr>
        <w:keepNext/>
        <w:spacing w:before="120" w:after="40"/>
      </w:pPr>
      <w:r>
        <w:rPr>
          <w:rFonts w:ascii="Segoe UI" w:hAnsi="Segoe UI"/>
          <w:b/>
          <w:i w:val="0"/>
          <w:color w:val="334155"/>
          <w:sz w:val="20"/>
        </w:rPr>
        <w:t>Bước 2: Bấm nút "Sửa" trên thanh công cụ</w:t>
      </w:r>
    </w:p>
    <w:p>
      <w:pPr>
        <w:spacing w:after="80" w:line="276" w:lineRule="auto"/>
      </w:pPr>
      <w:r>
        <w:rPr>
          <w:rFonts w:ascii="Segoe UI" w:hAnsi="Segoe UI"/>
          <w:b w:val="0"/>
          <w:i w:val="0"/>
          <w:color w:val="1E293B"/>
          <w:sz w:val="20"/>
        </w:rPr>
        <w:t xml:space="preserve">Khi thanh công cụ màu đen xuất hiện ở đầu bảng, bấm vào nút </w:t>
      </w:r>
      <w:r>
        <w:rPr>
          <w:rFonts w:ascii="Segoe UI" w:hAnsi="Segoe UI"/>
          <w:b/>
          <w:i w:val="0"/>
          <w:color w:val="1E293B"/>
          <w:sz w:val="20"/>
        </w:rPr>
        <w:t>Sửa</w:t>
      </w:r>
      <w:r>
        <w:rPr>
          <w:rFonts w:ascii="Segoe UI" w:hAnsi="Segoe UI"/>
          <w:b w:val="0"/>
          <w:i w:val="0"/>
          <w:color w:val="1E293B"/>
          <w:sz w:val="20"/>
        </w:rPr>
        <w:t xml:space="preserve"> (biểu tượng cây bút).</w:t>
      </w:r>
    </w:p>
    <w:p>
      <w:pPr>
        <w:spacing w:before="160" w:after="40"/>
        <w:jc w:val="center"/>
      </w:pPr>
      <w:r>
        <w:drawing>
          <wp:inline xmlns:a="http://schemas.openxmlformats.org/drawingml/2006/main" xmlns:pic="http://schemas.openxmlformats.org/drawingml/2006/picture">
            <wp:extent cx="5486400" cy="2723198"/>
            <wp:docPr id="16" name="Picture 16"/>
            <wp:cNvGraphicFramePr>
              <a:graphicFrameLocks noChangeAspect="1"/>
            </wp:cNvGraphicFramePr>
            <a:graphic>
              <a:graphicData uri="http://schemas.openxmlformats.org/drawingml/2006/picture">
                <pic:pic>
                  <pic:nvPicPr>
                    <pic:cNvPr id="0" name="bulk_edit_step2_click_edit.png"/>
                    <pic:cNvPicPr/>
                  </pic:nvPicPr>
                  <pic:blipFill>
                    <a:blip r:embed="rId26"/>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2: Bấm nút Sửa trên thanh công cụ hàng loạt.</w:t>
      </w:r>
    </w:p>
    <w:p>
      <w:pPr>
        <w:keepNext/>
        <w:spacing w:before="120" w:after="40"/>
      </w:pPr>
      <w:r>
        <w:rPr>
          <w:rFonts w:ascii="Segoe UI" w:hAnsi="Segoe UI"/>
          <w:b/>
          <w:i w:val="0"/>
          <w:color w:val="334155"/>
          <w:sz w:val="20"/>
        </w:rPr>
        <w:t>Bước 3: Mở danh sách trường dữ liệu cần cập nhật</w:t>
      </w:r>
    </w:p>
    <w:p>
      <w:pPr>
        <w:spacing w:after="80" w:line="276" w:lineRule="auto"/>
      </w:pPr>
      <w:r>
        <w:rPr>
          <w:rFonts w:ascii="Segoe UI" w:hAnsi="Segoe UI"/>
          <w:b w:val="0"/>
          <w:i w:val="0"/>
          <w:color w:val="1E293B"/>
          <w:sz w:val="20"/>
        </w:rPr>
        <w:t xml:space="preserve">Trong cửa sổ </w:t>
      </w:r>
      <w:r>
        <w:rPr>
          <w:rFonts w:ascii="Segoe UI" w:hAnsi="Segoe UI"/>
          <w:b/>
          <w:i w:val="0"/>
          <w:color w:val="1E293B"/>
          <w:sz w:val="20"/>
        </w:rPr>
        <w:t>Sửa hàng loạt</w:t>
      </w:r>
      <w:r>
        <w:rPr>
          <w:rFonts w:ascii="Segoe UI" w:hAnsi="Segoe UI"/>
          <w:b w:val="0"/>
          <w:i w:val="0"/>
          <w:color w:val="1E293B"/>
          <w:sz w:val="20"/>
        </w:rPr>
        <w:t xml:space="preserve">, bấm vào ô thả xuống </w:t>
      </w:r>
      <w:r>
        <w:rPr>
          <w:rFonts w:ascii="Segoe UI" w:hAnsi="Segoe UI"/>
          <w:b/>
          <w:i w:val="0"/>
          <w:color w:val="1E293B"/>
          <w:sz w:val="20"/>
        </w:rPr>
        <w:t>Chọn trường dữ liệu cần sửa</w:t>
      </w:r>
      <w:r>
        <w:rPr>
          <w:rFonts w:ascii="Segoe UI" w:hAnsi="Segoe UI"/>
          <w:b w:val="0"/>
          <w:i w:val="0"/>
          <w:color w:val="1E293B"/>
          <w:sz w:val="20"/>
        </w:rPr>
        <w:t>.</w:t>
      </w:r>
    </w:p>
    <w:p>
      <w:pPr>
        <w:spacing w:before="160" w:after="40"/>
        <w:jc w:val="center"/>
      </w:pPr>
      <w:r>
        <w:drawing>
          <wp:inline xmlns:a="http://schemas.openxmlformats.org/drawingml/2006/main" xmlns:pic="http://schemas.openxmlformats.org/drawingml/2006/picture">
            <wp:extent cx="5486400" cy="2723198"/>
            <wp:docPr id="17" name="Picture 17"/>
            <wp:cNvGraphicFramePr>
              <a:graphicFrameLocks noChangeAspect="1"/>
            </wp:cNvGraphicFramePr>
            <a:graphic>
              <a:graphicData uri="http://schemas.openxmlformats.org/drawingml/2006/picture">
                <pic:pic>
                  <pic:nvPicPr>
                    <pic:cNvPr id="0" name="bulk_edit_step3_select_field.png"/>
                    <pic:cNvPicPr/>
                  </pic:nvPicPr>
                  <pic:blipFill>
                    <a:blip r:embed="rId27"/>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3: Mở danh sách các trường thông tin cho phép chỉnh sửa hàng loạt.</w:t>
      </w:r>
    </w:p>
    <w:p>
      <w:pPr>
        <w:keepNext/>
        <w:spacing w:before="120" w:after="40"/>
      </w:pPr>
      <w:r>
        <w:rPr>
          <w:rFonts w:ascii="Segoe UI" w:hAnsi="Segoe UI"/>
          <w:b/>
          <w:i w:val="0"/>
          <w:color w:val="334155"/>
          <w:sz w:val="20"/>
        </w:rPr>
        <w:t>Bước 4: Lựa chọn trường thông tin cần cập nhật</w:t>
      </w:r>
    </w:p>
    <w:p>
      <w:pPr>
        <w:spacing w:after="80" w:line="276" w:lineRule="auto"/>
      </w:pPr>
      <w:r>
        <w:rPr>
          <w:rFonts w:ascii="Segoe UI" w:hAnsi="Segoe UI"/>
          <w:b w:val="0"/>
          <w:i w:val="0"/>
          <w:color w:val="1E293B"/>
          <w:sz w:val="20"/>
        </w:rPr>
        <w:t xml:space="preserve">Tìm kiếm và chọn trường thông tin bạn muốn thay đổi giá trị đồng loạt (Ví dụ: </w:t>
      </w:r>
      <w:r>
        <w:rPr>
          <w:rFonts w:ascii="Segoe UI" w:hAnsi="Segoe UI"/>
          <w:b w:val="0"/>
          <w:i/>
          <w:color w:val="1E293B"/>
          <w:sz w:val="20"/>
        </w:rPr>
        <w:t>Hành trình khách hàng</w:t>
      </w:r>
      <w:r>
        <w:rPr>
          <w:rFonts w:ascii="Segoe UI" w:hAnsi="Segoe UI"/>
          <w:b w:val="0"/>
          <w:i w:val="0"/>
          <w:color w:val="1E293B"/>
          <w:sz w:val="20"/>
        </w:rPr>
        <w:t xml:space="preserve">, </w:t>
      </w:r>
      <w:r>
        <w:rPr>
          <w:rFonts w:ascii="Segoe UI" w:hAnsi="Segoe UI"/>
          <w:b w:val="0"/>
          <w:i/>
          <w:color w:val="1E293B"/>
          <w:sz w:val="20"/>
        </w:rPr>
        <w:t>Nhân viên phụ trách</w:t>
      </w:r>
      <w:r>
        <w:rPr>
          <w:rFonts w:ascii="Segoe UI" w:hAnsi="Segoe UI"/>
          <w:b w:val="0"/>
          <w:i w:val="0"/>
          <w:color w:val="1E293B"/>
          <w:sz w:val="20"/>
        </w:rPr>
        <w:t xml:space="preserve">, </w:t>
      </w:r>
      <w:r>
        <w:rPr>
          <w:rFonts w:ascii="Segoe UI" w:hAnsi="Segoe UI"/>
          <w:b w:val="0"/>
          <w:i/>
          <w:color w:val="1E293B"/>
          <w:sz w:val="20"/>
        </w:rPr>
        <w:t>Nguồn lead</w:t>
      </w:r>
      <w:r>
        <w:rPr>
          <w:rFonts w:ascii="Segoe UI" w:hAnsi="Segoe UI"/>
          <w:b w:val="0"/>
          <w:i w:val="0"/>
          <w:color w:val="1E293B"/>
          <w:sz w:val="20"/>
        </w:rPr>
        <w:t xml:space="preserve">, </w:t>
      </w:r>
      <w:r>
        <w:rPr>
          <w:rFonts w:ascii="Segoe UI" w:hAnsi="Segoe UI"/>
          <w:b w:val="0"/>
          <w:i/>
          <w:color w:val="1E293B"/>
          <w:sz w:val="20"/>
        </w:rPr>
        <w:t>Nhãn dán</w:t>
      </w:r>
      <w:r>
        <w:rPr>
          <w:rFonts w:ascii="Segoe UI" w:hAnsi="Segoe UI"/>
          <w:b w:val="0"/>
          <w:i w:val="0"/>
          <w:color w:val="1E293B"/>
          <w:sz w:val="20"/>
        </w:rPr>
        <w:t>).</w:t>
      </w:r>
    </w:p>
    <w:p>
      <w:pPr>
        <w:spacing w:before="160" w:after="40"/>
        <w:jc w:val="center"/>
      </w:pPr>
      <w:r>
        <w:drawing>
          <wp:inline xmlns:a="http://schemas.openxmlformats.org/drawingml/2006/main" xmlns:pic="http://schemas.openxmlformats.org/drawingml/2006/picture">
            <wp:extent cx="5486400" cy="2723198"/>
            <wp:docPr id="18" name="Picture 18"/>
            <wp:cNvGraphicFramePr>
              <a:graphicFrameLocks noChangeAspect="1"/>
            </wp:cNvGraphicFramePr>
            <a:graphic>
              <a:graphicData uri="http://schemas.openxmlformats.org/drawingml/2006/picture">
                <pic:pic>
                  <pic:nvPicPr>
                    <pic:cNvPr id="0" name="bulk_edit_step4_choose_property.png"/>
                    <pic:cNvPicPr/>
                  </pic:nvPicPr>
                  <pic:blipFill>
                    <a:blip r:embed="rId28"/>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4: Chọn trường dữ liệu (Ví dụ: Hành trình khách hàng).</w:t>
      </w:r>
    </w:p>
    <w:p>
      <w:pPr>
        <w:keepNext/>
        <w:spacing w:before="120" w:after="40"/>
      </w:pPr>
      <w:r>
        <w:rPr>
          <w:rFonts w:ascii="Segoe UI" w:hAnsi="Segoe UI"/>
          <w:b/>
          <w:i w:val="0"/>
          <w:color w:val="334155"/>
          <w:sz w:val="20"/>
        </w:rPr>
        <w:t>Bước 5: Nhập / Chọn giá trị mới và Xác nhận</w:t>
      </w:r>
    </w:p>
    <w:p>
      <w:pPr>
        <w:spacing w:after="80" w:line="276" w:lineRule="auto"/>
      </w:pPr>
      <w:r>
        <w:rPr>
          <w:rFonts w:ascii="Segoe UI" w:hAnsi="Segoe UI"/>
          <w:b w:val="0"/>
          <w:i w:val="0"/>
          <w:color w:val="1E293B"/>
          <w:sz w:val="20"/>
        </w:rPr>
        <w:t xml:space="preserve">Chọn giá trị mới cần áp dụng cho toàn bộ tập khách hàng đã chọn (Ví dụ: Chuyển sang giai đoạn </w:t>
      </w:r>
      <w:r>
        <w:rPr>
          <w:rFonts w:ascii="Segoe UI" w:hAnsi="Segoe UI"/>
          <w:b w:val="0"/>
          <w:i/>
          <w:color w:val="1E293B"/>
          <w:sz w:val="20"/>
        </w:rPr>
        <w:t>"Đang tư vấn"</w:t>
      </w:r>
      <w:r>
        <w:rPr>
          <w:rFonts w:ascii="Segoe UI" w:hAnsi="Segoe UI"/>
          <w:b w:val="0"/>
          <w:i w:val="0"/>
          <w:color w:val="1E293B"/>
          <w:sz w:val="20"/>
        </w:rPr>
        <w:t xml:space="preserve">), sau đó bấm </w:t>
      </w:r>
      <w:r>
        <w:rPr>
          <w:rFonts w:ascii="Segoe UI" w:hAnsi="Segoe UI"/>
          <w:b/>
          <w:i w:val="0"/>
          <w:color w:val="1E293B"/>
          <w:sz w:val="20"/>
        </w:rPr>
        <w:t>Xác nhận cập nhật</w:t>
      </w:r>
      <w:r>
        <w:rPr>
          <w:rFonts w:ascii="Segoe UI" w:hAnsi="Segoe UI"/>
          <w:b w:val="0"/>
          <w:i w:val="0"/>
          <w:color w:val="1E293B"/>
          <w:sz w:val="20"/>
        </w:rPr>
        <w:t>.</w:t>
      </w:r>
    </w:p>
    <w:p>
      <w:pPr>
        <w:spacing w:before="160" w:after="40"/>
        <w:jc w:val="center"/>
      </w:pPr>
      <w:r>
        <w:drawing>
          <wp:inline xmlns:a="http://schemas.openxmlformats.org/drawingml/2006/main" xmlns:pic="http://schemas.openxmlformats.org/drawingml/2006/picture">
            <wp:extent cx="5486400" cy="2723198"/>
            <wp:docPr id="19" name="Picture 19"/>
            <wp:cNvGraphicFramePr>
              <a:graphicFrameLocks noChangeAspect="1"/>
            </wp:cNvGraphicFramePr>
            <a:graphic>
              <a:graphicData uri="http://schemas.openxmlformats.org/drawingml/2006/picture">
                <pic:pic>
                  <pic:nvPicPr>
                    <pic:cNvPr id="0" name="bulk_edit_step5_set_value.png"/>
                    <pic:cNvPicPr/>
                  </pic:nvPicPr>
                  <pic:blipFill>
                    <a:blip r:embed="rId29"/>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5: Chọn giá trị mới và bấm Xác nhận cập nhật để hệ thống tiến hành đồng bộ dữ liệu.</w:t>
      </w:r>
    </w:p>
    <w:p>
      <w:pPr>
        <w:spacing w:after="80"/>
      </w:pPr>
    </w:p>
    <w:p>
      <w:pPr>
        <w:keepNext/>
        <w:spacing w:before="200" w:after="60"/>
      </w:pPr>
      <w:r>
        <w:rPr>
          <w:rFonts w:ascii="Segoe UI" w:hAnsi="Segoe UI"/>
          <w:b/>
          <w:i w:val="0"/>
          <w:color w:val="0F172A"/>
          <w:sz w:val="22"/>
        </w:rPr>
        <w:t>2. Thêm khách hàng vào Chiến dịch Callbot AI</w:t>
      </w:r>
    </w:p>
    <w:p>
      <w:pPr>
        <w:spacing w:after="80" w:line="276" w:lineRule="auto"/>
      </w:pPr>
      <w:r>
        <w:rPr>
          <w:rFonts w:ascii="Segoe UI" w:hAnsi="Segoe UI"/>
          <w:b w:val="0"/>
          <w:i w:val="0"/>
          <w:color w:val="1E293B"/>
          <w:sz w:val="20"/>
        </w:rPr>
        <w:t>Đưa tệp khách hàng vào kịch bản gọi tự động bằng giọng nói trí tuệ nhân tạo (AI Voicebot) để sàng lọc hoặc thông báo hàng loạt:</w:t>
      </w:r>
    </w:p>
    <w:p>
      <w:pPr>
        <w:keepNext/>
        <w:spacing w:before="120" w:after="40"/>
      </w:pPr>
      <w:r>
        <w:rPr>
          <w:rFonts w:ascii="Segoe UI" w:hAnsi="Segoe UI"/>
          <w:b/>
          <w:i w:val="0"/>
          <w:color w:val="334155"/>
          <w:sz w:val="20"/>
        </w:rPr>
        <w:t>Bước 1: Mở menu Thao tác khác</w:t>
      </w:r>
    </w:p>
    <w:p>
      <w:pPr>
        <w:spacing w:after="80" w:line="276" w:lineRule="auto"/>
      </w:pPr>
      <w:r>
        <w:rPr>
          <w:rFonts w:ascii="Segoe UI" w:hAnsi="Segoe UI"/>
          <w:b w:val="0"/>
          <w:i w:val="0"/>
          <w:color w:val="1E293B"/>
          <w:sz w:val="20"/>
        </w:rPr>
        <w:t xml:space="preserve">Sau khi tích chọn danh sách khách hàng, trên thanh công cụ hàng loạt bấm vào biểu tượng </w:t>
      </w:r>
      <w:r>
        <w:rPr>
          <w:rFonts w:ascii="Segoe UI" w:hAnsi="Segoe UI"/>
          <w:b/>
          <w:i w:val="0"/>
          <w:color w:val="1E293B"/>
          <w:sz w:val="20"/>
        </w:rPr>
        <w:t>`···` (Thao tác khác)</w:t>
      </w:r>
      <w:r>
        <w:rPr>
          <w:rFonts w:ascii="Segoe UI" w:hAnsi="Segoe UI"/>
          <w:b w:val="0"/>
          <w:i w:val="0"/>
          <w:color w:val="1E293B"/>
          <w:sz w:val="20"/>
        </w:rPr>
        <w:t>.</w:t>
      </w:r>
    </w:p>
    <w:p>
      <w:pPr>
        <w:spacing w:before="160" w:after="40"/>
        <w:jc w:val="center"/>
      </w:pPr>
      <w:r>
        <w:drawing>
          <wp:inline xmlns:a="http://schemas.openxmlformats.org/drawingml/2006/main" xmlns:pic="http://schemas.openxmlformats.org/drawingml/2006/picture">
            <wp:extent cx="5486400" cy="2723198"/>
            <wp:docPr id="20" name="Picture 20"/>
            <wp:cNvGraphicFramePr>
              <a:graphicFrameLocks noChangeAspect="1"/>
            </wp:cNvGraphicFramePr>
            <a:graphic>
              <a:graphicData uri="http://schemas.openxmlformats.org/drawingml/2006/picture">
                <pic:pic>
                  <pic:nvPicPr>
                    <pic:cNvPr id="0" name="bulk_actions_menu.png"/>
                    <pic:cNvPicPr/>
                  </pic:nvPicPr>
                  <pic:blipFill>
                    <a:blip r:embed="rId24"/>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1: Nhấp vào nút Thao tác khác để mở danh mục các tác vụ mở rộng.</w:t>
      </w:r>
    </w:p>
    <w:p>
      <w:pPr>
        <w:keepNext/>
        <w:spacing w:before="120" w:after="40"/>
      </w:pPr>
      <w:r>
        <w:rPr>
          <w:rFonts w:ascii="Segoe UI" w:hAnsi="Segoe UI"/>
          <w:b/>
          <w:i w:val="0"/>
          <w:color w:val="334155"/>
          <w:sz w:val="20"/>
        </w:rPr>
        <w:t>Bước 2: Chọn chiến dịch Callbot và tùy chọn gọi</w:t>
      </w:r>
    </w:p>
    <w:p>
      <w:pPr>
        <w:spacing w:after="80" w:line="276" w:lineRule="auto"/>
      </w:pPr>
      <w:r>
        <w:rPr>
          <w:rFonts w:ascii="Segoe UI" w:hAnsi="Segoe UI"/>
          <w:b w:val="0"/>
          <w:i w:val="0"/>
          <w:color w:val="1E293B"/>
          <w:sz w:val="20"/>
        </w:rPr>
        <w:t xml:space="preserve">Trong cửa sổ </w:t>
      </w:r>
      <w:r>
        <w:rPr>
          <w:rFonts w:ascii="Segoe UI" w:hAnsi="Segoe UI"/>
          <w:b/>
          <w:i w:val="0"/>
          <w:color w:val="1E293B"/>
          <w:sz w:val="20"/>
        </w:rPr>
        <w:t>Thêm khách hàng vào chiến dịch</w:t>
      </w:r>
      <w:r>
        <w:rPr>
          <w:rFonts w:ascii="Segoe UI" w:hAnsi="Segoe UI"/>
          <w:b w:val="0"/>
          <w:i w:val="0"/>
          <w:color w:val="1E293B"/>
          <w:sz w:val="20"/>
        </w:rPr>
        <w:t>:</w:t>
      </w:r>
    </w:p>
    <w:p>
      <w:pPr>
        <w:pStyle w:val="ListNumber"/>
        <w:spacing w:after="40" w:line="276" w:lineRule="auto"/>
      </w:pPr>
      <w:r>
        <w:rPr>
          <w:rFonts w:ascii="Segoe UI" w:hAnsi="Segoe UI"/>
          <w:b w:val="0"/>
          <w:i w:val="0"/>
          <w:color w:val="334155"/>
          <w:sz w:val="20"/>
        </w:rPr>
        <w:t xml:space="preserve">Chọn </w:t>
      </w:r>
      <w:r>
        <w:rPr>
          <w:rFonts w:ascii="Segoe UI" w:hAnsi="Segoe UI"/>
          <w:b/>
          <w:i w:val="0"/>
          <w:color w:val="334155"/>
          <w:sz w:val="20"/>
        </w:rPr>
        <w:t>Chiến dịch Callbot</w:t>
      </w:r>
      <w:r>
        <w:rPr>
          <w:rFonts w:ascii="Segoe UI" w:hAnsi="Segoe UI"/>
          <w:b w:val="0"/>
          <w:i w:val="0"/>
          <w:color w:val="334155"/>
          <w:sz w:val="20"/>
        </w:rPr>
        <w:t xml:space="preserve"> đích muốn đưa khách hàng vào.</w:t>
      </w:r>
    </w:p>
    <w:p>
      <w:pPr>
        <w:pStyle w:val="ListNumber"/>
        <w:spacing w:after="40" w:line="276" w:lineRule="auto"/>
      </w:pPr>
      <w:r>
        <w:rPr>
          <w:rFonts w:ascii="Segoe UI" w:hAnsi="Segoe UI"/>
          <w:b w:val="0"/>
          <w:i w:val="0"/>
          <w:color w:val="334155"/>
          <w:sz w:val="20"/>
        </w:rPr>
        <w:t xml:space="preserve">Tích chọn tùy chọn chống trùng lặp: </w:t>
      </w:r>
      <w:r>
        <w:rPr>
          <w:rFonts w:ascii="Segoe UI" w:hAnsi="Segoe UI"/>
          <w:b w:val="0"/>
          <w:i/>
          <w:color w:val="334155"/>
          <w:sz w:val="20"/>
        </w:rPr>
        <w:t>Bỏ qua nếu số điện thoại đã có trong chiến dịch</w:t>
      </w:r>
      <w:r>
        <w:rPr>
          <w:rFonts w:ascii="Segoe UI" w:hAnsi="Segoe UI"/>
          <w:b w:val="0"/>
          <w:i w:val="0"/>
          <w:color w:val="334155"/>
          <w:sz w:val="20"/>
        </w:rPr>
        <w:t xml:space="preserve"> hoặc </w:t>
      </w:r>
      <w:r>
        <w:rPr>
          <w:rFonts w:ascii="Segoe UI" w:hAnsi="Segoe UI"/>
          <w:b w:val="0"/>
          <w:i/>
          <w:color w:val="334155"/>
          <w:sz w:val="20"/>
        </w:rPr>
        <w:t>Tiếp tục thêm mới</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Thêm vào chiến dịch</w:t>
      </w:r>
      <w:r>
        <w:rPr>
          <w:rFonts w:ascii="Segoe UI" w:hAnsi="Segoe UI"/>
          <w:b w:val="0"/>
          <w:i w:val="0"/>
          <w:color w:val="334155"/>
          <w:sz w:val="20"/>
        </w:rPr>
        <w:t>.</w:t>
      </w:r>
    </w:p>
    <w:p>
      <w:pPr>
        <w:spacing w:before="160" w:after="40"/>
        <w:jc w:val="center"/>
      </w:pPr>
      <w:r>
        <w:drawing>
          <wp:inline xmlns:a="http://schemas.openxmlformats.org/drawingml/2006/main" xmlns:pic="http://schemas.openxmlformats.org/drawingml/2006/picture">
            <wp:extent cx="5486400" cy="2723198"/>
            <wp:docPr id="21" name="Picture 21"/>
            <wp:cNvGraphicFramePr>
              <a:graphicFrameLocks noChangeAspect="1"/>
            </wp:cNvGraphicFramePr>
            <a:graphic>
              <a:graphicData uri="http://schemas.openxmlformats.org/drawingml/2006/picture">
                <pic:pic>
                  <pic:nvPicPr>
                    <pic:cNvPr id="0" name="bulk_callbot_modal.png"/>
                    <pic:cNvPicPr/>
                  </pic:nvPicPr>
                  <pic:blipFill>
                    <a:blip r:embed="rId30"/>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2: Cấu hình chiến dịch Callbot đích và thiết lập gọi tự động.</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0F9FF"/>
            <w:tcBorders>
              <w:top w:val="none"/>
              <w:bottom w:val="none"/>
              <w:left w:val="single" w:sz="24" w:space="0" w:color="0284C7"/>
              <w:right w:val="none"/>
            </w:tcBorders>
          </w:tcPr>
          <w:p>
            <w:pPr>
              <w:spacing w:after="60" w:line="276" w:lineRule="auto"/>
            </w:pPr>
            <w:r>
              <w:rPr>
                <w:rFonts w:ascii="Segoe UI" w:hAnsi="Segoe UI"/>
                <w:b w:val="0"/>
                <w:i w:val="0"/>
                <w:color w:val="333333"/>
                <w:sz w:val="19"/>
              </w:rPr>
              <w:t>[!NOTE]</w:t>
            </w:r>
          </w:p>
          <w:p>
            <w:pPr>
              <w:spacing w:after="40" w:line="276" w:lineRule="auto"/>
            </w:pPr>
            <w:r>
              <w:rPr>
                <w:rFonts w:ascii="Segoe UI" w:hAnsi="Segoe UI"/>
                <w:b w:val="0"/>
                <w:i w:val="0"/>
                <w:color w:val="333333"/>
                <w:sz w:val="19"/>
              </w:rPr>
              <w:t>Bot sẽ tự động thực hiện cuộc gọi theo khung giờ hoạt động đã được cài đặt trong chiến dịch Callbot (Ví dụ: 8h30 - 11h30 và 14h00 - 17h30).</w:t>
            </w:r>
          </w:p>
        </w:tc>
      </w:tr>
    </w:tbl>
    <w:p>
      <w:pPr>
        <w:spacing w:after="80"/>
      </w:pPr>
    </w:p>
    <w:p>
      <w:pPr>
        <w:spacing w:after="80"/>
      </w:pPr>
    </w:p>
    <w:p>
      <w:pPr>
        <w:keepNext/>
        <w:spacing w:before="200" w:after="60"/>
      </w:pPr>
      <w:r>
        <w:rPr>
          <w:rFonts w:ascii="Segoe UI" w:hAnsi="Segoe UI"/>
          <w:b/>
          <w:i w:val="0"/>
          <w:color w:val="0F172A"/>
          <w:sz w:val="22"/>
        </w:rPr>
        <w:t>3. Thêm khách hàng vào Chiến dịch Telesale</w:t>
      </w:r>
    </w:p>
    <w:p>
      <w:pPr>
        <w:spacing w:after="80" w:line="276" w:lineRule="auto"/>
      </w:pPr>
      <w:r>
        <w:rPr>
          <w:rFonts w:ascii="Segoe UI" w:hAnsi="Segoe UI"/>
          <w:b w:val="0"/>
          <w:i w:val="0"/>
          <w:color w:val="1E293B"/>
          <w:sz w:val="20"/>
        </w:rPr>
        <w:t>Phân bổ danh sách khách hàng cho đội ngũ nhân viên kinh doanh / tổng đài viên gọi điện tư vấn thủ công:</w:t>
      </w:r>
    </w:p>
    <w:p>
      <w:pPr>
        <w:keepNext/>
        <w:spacing w:before="120" w:after="40"/>
      </w:pPr>
      <w:r>
        <w:rPr>
          <w:rFonts w:ascii="Segoe UI" w:hAnsi="Segoe UI"/>
          <w:b/>
          <w:i w:val="0"/>
          <w:color w:val="334155"/>
          <w:sz w:val="20"/>
        </w:rPr>
        <w:t>Bước 1: Chọn thao tác Thêm vào chiến dịch Telesale</w:t>
      </w:r>
    </w:p>
    <w:p>
      <w:pPr>
        <w:spacing w:after="80" w:line="276" w:lineRule="auto"/>
      </w:pPr>
      <w:r>
        <w:rPr>
          <w:rFonts w:ascii="Segoe UI" w:hAnsi="Segoe UI"/>
          <w:b w:val="0"/>
          <w:i w:val="0"/>
          <w:color w:val="1E293B"/>
          <w:sz w:val="20"/>
        </w:rPr>
        <w:t xml:space="preserve">Từ menu </w:t>
      </w:r>
      <w:r>
        <w:rPr>
          <w:rFonts w:ascii="Segoe UI" w:hAnsi="Segoe UI"/>
          <w:b/>
          <w:i w:val="0"/>
          <w:color w:val="1E293B"/>
          <w:sz w:val="20"/>
        </w:rPr>
        <w:t>Thao tác khác</w:t>
      </w:r>
      <w:r>
        <w:rPr>
          <w:rFonts w:ascii="Segoe UI" w:hAnsi="Segoe UI"/>
          <w:b w:val="0"/>
          <w:i w:val="0"/>
          <w:color w:val="1E293B"/>
          <w:sz w:val="20"/>
        </w:rPr>
        <w:t xml:space="preserve">, bấm chọn dòng </w:t>
      </w:r>
      <w:r>
        <w:rPr>
          <w:rFonts w:ascii="Segoe UI" w:hAnsi="Segoe UI"/>
          <w:b/>
          <w:i w:val="0"/>
          <w:color w:val="1E293B"/>
          <w:sz w:val="20"/>
        </w:rPr>
        <w:t>Thêm vào chiến dịch Telesale</w:t>
      </w:r>
      <w:r>
        <w:rPr>
          <w:rFonts w:ascii="Segoe UI" w:hAnsi="Segoe UI"/>
          <w:b w:val="0"/>
          <w:i w:val="0"/>
          <w:color w:val="1E293B"/>
          <w:sz w:val="20"/>
        </w:rPr>
        <w:t>.</w:t>
      </w:r>
    </w:p>
    <w:p>
      <w:pPr>
        <w:keepNext/>
        <w:spacing w:before="120" w:after="40"/>
      </w:pPr>
      <w:r>
        <w:rPr>
          <w:rFonts w:ascii="Segoe UI" w:hAnsi="Segoe UI"/>
          <w:b/>
          <w:i w:val="0"/>
          <w:color w:val="334155"/>
          <w:sz w:val="20"/>
        </w:rPr>
        <w:t>Bước 2: Cấu hình phương thức phân bổ</w:t>
      </w:r>
    </w:p>
    <w:p>
      <w:pPr>
        <w:spacing w:after="80" w:line="276" w:lineRule="auto"/>
      </w:pPr>
      <w:r>
        <w:rPr>
          <w:rFonts w:ascii="Segoe UI" w:hAnsi="Segoe UI"/>
          <w:b w:val="0"/>
          <w:i w:val="0"/>
          <w:color w:val="1E293B"/>
          <w:sz w:val="20"/>
        </w:rPr>
        <w:t>Trong cửa sổ cấu hình:</w:t>
      </w:r>
    </w:p>
    <w:p>
      <w:pPr>
        <w:pStyle w:val="ListNumber"/>
        <w:spacing w:after="40" w:line="276" w:lineRule="auto"/>
      </w:pPr>
      <w:r>
        <w:rPr>
          <w:rFonts w:ascii="Segoe UI" w:hAnsi="Segoe UI"/>
          <w:b/>
          <w:i w:val="0"/>
          <w:color w:val="334155"/>
          <w:sz w:val="20"/>
        </w:rPr>
        <w:t>Chọn Chiến dịch Telesale:</w:t>
      </w:r>
      <w:r>
        <w:rPr>
          <w:rFonts w:ascii="Segoe UI" w:hAnsi="Segoe UI"/>
          <w:b w:val="0"/>
          <w:i w:val="0"/>
          <w:color w:val="334155"/>
          <w:sz w:val="20"/>
        </w:rPr>
        <w:t xml:space="preserve"> Lựa chọn chiến dịch telesale đang hoạt động.</w:t>
      </w:r>
    </w:p>
    <w:p>
      <w:pPr>
        <w:pStyle w:val="ListNumber"/>
        <w:spacing w:after="40" w:line="276" w:lineRule="auto"/>
      </w:pPr>
      <w:r>
        <w:rPr>
          <w:rFonts w:ascii="Segoe UI" w:hAnsi="Segoe UI"/>
          <w:b/>
          <w:i w:val="0"/>
          <w:color w:val="334155"/>
          <w:sz w:val="20"/>
        </w:rPr>
        <w:t>Phương thức phân chia lead cho nhân viên:</w:t>
      </w:r>
    </w:p>
    <w:p>
      <w:pPr>
        <w:pStyle w:val="ListBullet"/>
        <w:spacing w:after="40" w:line="276" w:lineRule="auto"/>
      </w:pPr>
      <w:r>
        <w:rPr>
          <w:rFonts w:ascii="Segoe UI" w:hAnsi="Segoe UI"/>
          <w:b/>
          <w:i w:val="0"/>
          <w:color w:val="334155"/>
          <w:sz w:val="20"/>
        </w:rPr>
        <w:t>Chia đều (Round-Robin):</w:t>
      </w:r>
      <w:r>
        <w:rPr>
          <w:rFonts w:ascii="Segoe UI" w:hAnsi="Segoe UI"/>
          <w:b w:val="0"/>
          <w:i w:val="0"/>
          <w:color w:val="334155"/>
          <w:sz w:val="20"/>
        </w:rPr>
        <w:t xml:space="preserve"> Hệ thống tự động chia đều số lượng khách hàng cho tất cả nhân viên trực thuộc chiến dịch.</w:t>
      </w:r>
    </w:p>
    <w:p>
      <w:pPr>
        <w:pStyle w:val="ListBullet"/>
        <w:spacing w:after="40" w:line="276" w:lineRule="auto"/>
      </w:pPr>
      <w:r>
        <w:rPr>
          <w:rFonts w:ascii="Segoe UI" w:hAnsi="Segoe UI"/>
          <w:b/>
          <w:i w:val="0"/>
          <w:color w:val="334155"/>
          <w:sz w:val="20"/>
        </w:rPr>
        <w:t>Giữ nguyên người phụ trách:</w:t>
      </w:r>
      <w:r>
        <w:rPr>
          <w:rFonts w:ascii="Segoe UI" w:hAnsi="Segoe UI"/>
          <w:b w:val="0"/>
          <w:i w:val="0"/>
          <w:color w:val="334155"/>
          <w:sz w:val="20"/>
        </w:rPr>
        <w:t xml:space="preserve"> Giữ nguyên nhân viên đang quản lý từng khách hàng, chỉ nạp vào danh sách gọi của chiến dịch.</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Xác nhận</w:t>
      </w:r>
      <w:r>
        <w:rPr>
          <w:rFonts w:ascii="Segoe UI" w:hAnsi="Segoe UI"/>
          <w:b w:val="0"/>
          <w:i w:val="0"/>
          <w:color w:val="334155"/>
          <w:sz w:val="20"/>
        </w:rPr>
        <w:t>. Khách hàng sẽ xuất hiện trong giao diện làm việc của các nhân viên telesale tương ứng.</w:t>
      </w:r>
    </w:p>
    <w:p>
      <w:pPr>
        <w:spacing w:after="80"/>
      </w:pPr>
    </w:p>
    <w:p>
      <w:pPr>
        <w:keepNext/>
        <w:spacing w:before="200" w:after="60"/>
      </w:pPr>
      <w:r>
        <w:rPr>
          <w:rFonts w:ascii="Segoe UI" w:hAnsi="Segoe UI"/>
          <w:b/>
          <w:i w:val="0"/>
          <w:color w:val="0F172A"/>
          <w:sz w:val="22"/>
        </w:rPr>
        <w:t>4. Gửi Email Hàng loạt (Bulk Email Campaign)</w:t>
      </w:r>
    </w:p>
    <w:p>
      <w:pPr>
        <w:spacing w:after="80" w:line="276" w:lineRule="auto"/>
      </w:pPr>
      <w:r>
        <w:rPr>
          <w:rFonts w:ascii="Segoe UI" w:hAnsi="Segoe UI"/>
          <w:b w:val="0"/>
          <w:i w:val="0"/>
          <w:color w:val="1E293B"/>
          <w:sz w:val="20"/>
        </w:rPr>
        <w:t>Gửi thông điệp chăm sóc, thông báo chính sách mới hoặc bản tin định kỳ cho hàng loạt khách hàng cùng lúc:</w:t>
      </w:r>
    </w:p>
    <w:p>
      <w:pPr>
        <w:keepNext/>
        <w:spacing w:before="120" w:after="40"/>
      </w:pPr>
      <w:r>
        <w:rPr>
          <w:rFonts w:ascii="Segoe UI" w:hAnsi="Segoe UI"/>
          <w:b/>
          <w:i w:val="0"/>
          <w:color w:val="334155"/>
          <w:sz w:val="20"/>
        </w:rPr>
        <w:t>Bước 1: Bấm nút Gửi Email</w:t>
      </w:r>
    </w:p>
    <w:p>
      <w:pPr>
        <w:spacing w:after="80" w:line="276" w:lineRule="auto"/>
      </w:pPr>
      <w:r>
        <w:rPr>
          <w:rFonts w:ascii="Segoe UI" w:hAnsi="Segoe UI"/>
          <w:b w:val="0"/>
          <w:i w:val="0"/>
          <w:color w:val="1E293B"/>
          <w:sz w:val="20"/>
        </w:rPr>
        <w:t xml:space="preserve">Trên thanh công cụ hàng loạt, bấm vào nút </w:t>
      </w:r>
      <w:r>
        <w:rPr>
          <w:rFonts w:ascii="Segoe UI" w:hAnsi="Segoe UI"/>
          <w:b/>
          <w:i w:val="0"/>
          <w:color w:val="1E293B"/>
          <w:sz w:val="20"/>
        </w:rPr>
        <w:t>Gửi Email</w:t>
      </w:r>
      <w:r>
        <w:rPr>
          <w:rFonts w:ascii="Segoe UI" w:hAnsi="Segoe UI"/>
          <w:b w:val="0"/>
          <w:i w:val="0"/>
          <w:color w:val="1E293B"/>
          <w:sz w:val="20"/>
        </w:rPr>
        <w:t xml:space="preserve"> (biểu tượng phong bì thư).</w:t>
      </w:r>
    </w:p>
    <w:p>
      <w:pPr>
        <w:keepNext/>
        <w:spacing w:before="120" w:after="40"/>
      </w:pPr>
      <w:r>
        <w:rPr>
          <w:rFonts w:ascii="Segoe UI" w:hAnsi="Segoe UI"/>
          <w:b/>
          <w:i w:val="0"/>
          <w:color w:val="334155"/>
          <w:sz w:val="20"/>
        </w:rPr>
        <w:t>Bước 2: Soạn thảo nội dung và chèn thẻ động</w:t>
      </w:r>
    </w:p>
    <w:p>
      <w:pPr>
        <w:spacing w:after="80" w:line="276" w:lineRule="auto"/>
      </w:pPr>
      <w:r>
        <w:rPr>
          <w:rFonts w:ascii="Segoe UI" w:hAnsi="Segoe UI"/>
          <w:b w:val="0"/>
          <w:i w:val="0"/>
          <w:color w:val="1E293B"/>
          <w:sz w:val="20"/>
        </w:rPr>
        <w:t>Trong cửa sổ soạn thảo email:</w:t>
      </w:r>
    </w:p>
    <w:p>
      <w:pPr>
        <w:pStyle w:val="ListNumber"/>
        <w:spacing w:after="40" w:line="276" w:lineRule="auto"/>
      </w:pPr>
      <w:r>
        <w:rPr>
          <w:rFonts w:ascii="Segoe UI" w:hAnsi="Segoe UI"/>
          <w:b/>
          <w:i w:val="0"/>
          <w:color w:val="334155"/>
          <w:sz w:val="20"/>
        </w:rPr>
        <w:t>Hòm thư gửi đi:</w:t>
      </w:r>
      <w:r>
        <w:rPr>
          <w:rFonts w:ascii="Segoe UI" w:hAnsi="Segoe UI"/>
          <w:b w:val="0"/>
          <w:i w:val="0"/>
          <w:color w:val="334155"/>
          <w:sz w:val="20"/>
        </w:rPr>
        <w:t xml:space="preserve"> Chọn địa chỉ email công ty hoặc email cá nhân đã được kết nối.</w:t>
      </w:r>
    </w:p>
    <w:p>
      <w:pPr>
        <w:pStyle w:val="ListNumber"/>
        <w:spacing w:after="40" w:line="276" w:lineRule="auto"/>
      </w:pPr>
      <w:r>
        <w:rPr>
          <w:rFonts w:ascii="Segoe UI" w:hAnsi="Segoe UI"/>
          <w:b/>
          <w:i w:val="0"/>
          <w:color w:val="334155"/>
          <w:sz w:val="20"/>
        </w:rPr>
        <w:t>Tiêu đề email:</w:t>
      </w:r>
      <w:r>
        <w:rPr>
          <w:rFonts w:ascii="Segoe UI" w:hAnsi="Segoe UI"/>
          <w:b w:val="0"/>
          <w:i w:val="0"/>
          <w:color w:val="334155"/>
          <w:sz w:val="20"/>
        </w:rPr>
        <w:t xml:space="preserve"> Nhập tiêu đề hấp dẫn, có thể chèn thẻ cá nhân hóa.</w:t>
      </w:r>
    </w:p>
    <w:p>
      <w:pPr>
        <w:pStyle w:val="ListNumber"/>
        <w:spacing w:after="40" w:line="276" w:lineRule="auto"/>
      </w:pPr>
      <w:r>
        <w:rPr>
          <w:rFonts w:ascii="Segoe UI" w:hAnsi="Segoe UI"/>
          <w:b/>
          <w:i w:val="0"/>
          <w:color w:val="334155"/>
          <w:sz w:val="20"/>
        </w:rPr>
        <w:t>Nội dung email:</w:t>
      </w:r>
      <w:r>
        <w:rPr>
          <w:rFonts w:ascii="Segoe UI" w:hAnsi="Segoe UI"/>
          <w:b w:val="0"/>
          <w:i w:val="0"/>
          <w:color w:val="334155"/>
          <w:sz w:val="20"/>
        </w:rPr>
        <w:t xml:space="preserve"> Sử dụng trình soạn thảo Rich text hoặc chọn </w:t>
      </w:r>
      <w:r>
        <w:rPr>
          <w:rFonts w:ascii="Segoe UI" w:hAnsi="Segoe UI"/>
          <w:b/>
          <w:i w:val="0"/>
          <w:color w:val="334155"/>
          <w:sz w:val="20"/>
        </w:rPr>
        <w:t>Mẫu Email (Template)</w:t>
      </w:r>
      <w:r>
        <w:rPr>
          <w:rFonts w:ascii="Segoe UI" w:hAnsi="Segoe UI"/>
          <w:b w:val="0"/>
          <w:i w:val="0"/>
          <w:color w:val="334155"/>
          <w:sz w:val="20"/>
        </w:rPr>
        <w:t xml:space="preserve"> có sẵn.</w:t>
      </w:r>
    </w:p>
    <w:p>
      <w:pPr>
        <w:pStyle w:val="ListNumber"/>
        <w:spacing w:after="40" w:line="276" w:lineRule="auto"/>
      </w:pPr>
      <w:r>
        <w:rPr>
          <w:rFonts w:ascii="Segoe UI" w:hAnsi="Segoe UI"/>
          <w:b/>
          <w:i w:val="0"/>
          <w:color w:val="334155"/>
          <w:sz w:val="20"/>
        </w:rPr>
        <w:t>Chèn thẻ động (Merge Tags):</w:t>
      </w:r>
      <w:r>
        <w:rPr>
          <w:rFonts w:ascii="Segoe UI" w:hAnsi="Segoe UI"/>
          <w:b w:val="0"/>
          <w:i w:val="0"/>
          <w:color w:val="334155"/>
          <w:sz w:val="20"/>
        </w:rPr>
        <w:t xml:space="preserve"> Nhấp nút chèn biến để cá nhân hóa nội dung:</w:t>
      </w:r>
    </w:p>
    <w:p>
      <w:pPr>
        <w:pStyle w:val="ListBullet"/>
        <w:spacing w:after="40" w:line="276" w:lineRule="auto"/>
      </w:pPr>
      <w:r>
        <w:rPr>
          <w:rFonts w:ascii="Consolas" w:hAnsi="Consolas"/>
          <w:b w:val="0"/>
          <w:i w:val="0"/>
          <w:color w:val="8B0000"/>
          <w:sz w:val="19"/>
        </w:rPr>
        <w:t>{contact_name}</w:t>
      </w:r>
      <w:r>
        <w:rPr>
          <w:rFonts w:ascii="Segoe UI" w:hAnsi="Segoe UI"/>
          <w:b w:val="0"/>
          <w:i w:val="0"/>
          <w:color w:val="334155"/>
          <w:sz w:val="20"/>
        </w:rPr>
        <w:t>: Họ và tên khách hàng.</w:t>
      </w:r>
    </w:p>
    <w:p>
      <w:pPr>
        <w:pStyle w:val="ListBullet"/>
        <w:spacing w:after="40" w:line="276" w:lineRule="auto"/>
      </w:pPr>
      <w:r>
        <w:rPr>
          <w:rFonts w:ascii="Consolas" w:hAnsi="Consolas"/>
          <w:b w:val="0"/>
          <w:i w:val="0"/>
          <w:color w:val="8B0000"/>
          <w:sz w:val="19"/>
        </w:rPr>
        <w:t>{company_name}</w:t>
      </w:r>
      <w:r>
        <w:rPr>
          <w:rFonts w:ascii="Segoe UI" w:hAnsi="Segoe UI"/>
          <w:b w:val="0"/>
          <w:i w:val="0"/>
          <w:color w:val="334155"/>
          <w:sz w:val="20"/>
        </w:rPr>
        <w:t>: Tên công ty.</w:t>
      </w:r>
    </w:p>
    <w:p>
      <w:pPr>
        <w:pStyle w:val="ListBullet"/>
        <w:spacing w:after="40" w:line="276" w:lineRule="auto"/>
      </w:pPr>
      <w:r>
        <w:rPr>
          <w:rFonts w:ascii="Consolas" w:hAnsi="Consolas"/>
          <w:b w:val="0"/>
          <w:i w:val="0"/>
          <w:color w:val="8B0000"/>
          <w:sz w:val="19"/>
        </w:rPr>
        <w:t>{phone}</w:t>
      </w:r>
      <w:r>
        <w:rPr>
          <w:rFonts w:ascii="Segoe UI" w:hAnsi="Segoe UI"/>
          <w:b w:val="0"/>
          <w:i w:val="0"/>
          <w:color w:val="334155"/>
          <w:sz w:val="20"/>
        </w:rPr>
        <w:t>: Số điện thoại.</w:t>
      </w:r>
    </w:p>
    <w:p>
      <w:pPr>
        <w:keepNext/>
        <w:spacing w:before="120" w:after="40"/>
      </w:pPr>
      <w:r>
        <w:rPr>
          <w:rFonts w:ascii="Segoe UI" w:hAnsi="Segoe UI"/>
          <w:b/>
          <w:i w:val="0"/>
          <w:color w:val="334155"/>
          <w:sz w:val="20"/>
        </w:rPr>
        <w:t>Bước 3: Lựa chọn thời gian gửi</w:t>
      </w:r>
    </w:p>
    <w:p>
      <w:pPr>
        <w:pStyle w:val="ListBullet"/>
        <w:spacing w:after="40" w:line="276" w:lineRule="auto"/>
      </w:pPr>
      <w:r>
        <w:rPr>
          <w:rFonts w:ascii="Segoe UI" w:hAnsi="Segoe UI"/>
          <w:b w:val="0"/>
          <w:i w:val="0"/>
          <w:color w:val="334155"/>
          <w:sz w:val="20"/>
        </w:rPr>
        <w:t xml:space="preserve">Chọn </w:t>
      </w:r>
      <w:r>
        <w:rPr>
          <w:rFonts w:ascii="Segoe UI" w:hAnsi="Segoe UI"/>
          <w:b/>
          <w:i w:val="0"/>
          <w:color w:val="334155"/>
          <w:sz w:val="20"/>
        </w:rPr>
        <w:t>Gửi ngay</w:t>
      </w:r>
      <w:r>
        <w:rPr>
          <w:rFonts w:ascii="Segoe UI" w:hAnsi="Segoe UI"/>
          <w:b w:val="0"/>
          <w:i w:val="0"/>
          <w:color w:val="334155"/>
          <w:sz w:val="20"/>
        </w:rPr>
        <w:t xml:space="preserve"> để hệ thống gửi thư tức thì.</w:t>
      </w:r>
    </w:p>
    <w:p>
      <w:pPr>
        <w:pStyle w:val="ListBullet"/>
        <w:spacing w:after="40" w:line="276" w:lineRule="auto"/>
      </w:pPr>
      <w:r>
        <w:rPr>
          <w:rFonts w:ascii="Segoe UI" w:hAnsi="Segoe UI"/>
          <w:b w:val="0"/>
          <w:i w:val="0"/>
          <w:color w:val="334155"/>
          <w:sz w:val="20"/>
        </w:rPr>
        <w:t xml:space="preserve">Hoặc chọn </w:t>
      </w:r>
      <w:r>
        <w:rPr>
          <w:rFonts w:ascii="Segoe UI" w:hAnsi="Segoe UI"/>
          <w:b/>
          <w:i w:val="0"/>
          <w:color w:val="334155"/>
          <w:sz w:val="20"/>
        </w:rPr>
        <w:t>Lên lịch gửi</w:t>
      </w:r>
      <w:r>
        <w:rPr>
          <w:rFonts w:ascii="Segoe UI" w:hAnsi="Segoe UI"/>
          <w:b w:val="0"/>
          <w:i w:val="0"/>
          <w:color w:val="334155"/>
          <w:sz w:val="20"/>
        </w:rPr>
        <w:t xml:space="preserve"> để hẹn giờ phát tán email trong tương lai.</w:t>
      </w:r>
    </w:p>
    <w:p>
      <w:pPr>
        <w:pStyle w:val="ListBullet"/>
        <w:spacing w:after="40" w:line="276" w:lineRule="auto"/>
      </w:pPr>
      <w:r>
        <w:rPr>
          <w:rFonts w:ascii="Segoe UI" w:hAnsi="Segoe UI"/>
          <w:b w:val="0"/>
          <w:i w:val="0"/>
          <w:color w:val="334155"/>
          <w:sz w:val="20"/>
        </w:rPr>
        <w:t xml:space="preserve">Bấm </w:t>
      </w:r>
      <w:r>
        <w:rPr>
          <w:rFonts w:ascii="Segoe UI" w:hAnsi="Segoe UI"/>
          <w:b/>
          <w:i w:val="0"/>
          <w:color w:val="334155"/>
          <w:sz w:val="20"/>
        </w:rPr>
        <w:t>Gửi</w:t>
      </w:r>
      <w:r>
        <w:rPr>
          <w:rFonts w:ascii="Segoe UI" w:hAnsi="Segoe UI"/>
          <w:b w:val="0"/>
          <w:i w:val="0"/>
          <w:color w:val="334155"/>
          <w:sz w:val="20"/>
        </w:rPr>
        <w:t>.</w:t>
      </w:r>
    </w:p>
    <w:p>
      <w:pPr>
        <w:spacing w:after="80"/>
      </w:pPr>
    </w:p>
    <w:p>
      <w:pPr>
        <w:keepNext/>
        <w:spacing w:before="200" w:after="60"/>
      </w:pPr>
      <w:r>
        <w:rPr>
          <w:rFonts w:ascii="Segoe UI" w:hAnsi="Segoe UI"/>
          <w:b/>
          <w:i w:val="0"/>
          <w:color w:val="0F172A"/>
          <w:sz w:val="22"/>
        </w:rPr>
        <w:t>5. Thêm vào Danh sách Tĩnh (Static List)</w:t>
      </w:r>
    </w:p>
    <w:p>
      <w:pPr>
        <w:spacing w:after="80" w:line="276" w:lineRule="auto"/>
      </w:pPr>
      <w:r>
        <w:rPr>
          <w:rFonts w:ascii="Segoe UI" w:hAnsi="Segoe UI"/>
          <w:b w:val="0"/>
          <w:i w:val="0"/>
          <w:color w:val="1E293B"/>
          <w:sz w:val="20"/>
        </w:rPr>
        <w:t xml:space="preserve">Danh sách tĩnh là tập hợp cố định các khách hàng phục vụ cho một mục tiêu cụ thể (Ví dụ: </w:t>
      </w:r>
      <w:r>
        <w:rPr>
          <w:rFonts w:ascii="Segoe UI" w:hAnsi="Segoe UI"/>
          <w:b w:val="0"/>
          <w:i/>
          <w:color w:val="1E293B"/>
          <w:sz w:val="20"/>
        </w:rPr>
        <w:t>"Khách tham dự Hội thảo 20/10"</w:t>
      </w:r>
      <w:r>
        <w:rPr>
          <w:rFonts w:ascii="Segoe UI" w:hAnsi="Segoe UI"/>
          <w:b w:val="0"/>
          <w:i w:val="0"/>
          <w:color w:val="1E293B"/>
          <w:sz w:val="20"/>
        </w:rPr>
        <w:t xml:space="preserve">, </w:t>
      </w:r>
      <w:r>
        <w:rPr>
          <w:rFonts w:ascii="Segoe UI" w:hAnsi="Segoe UI"/>
          <w:b w:val="0"/>
          <w:i/>
          <w:color w:val="1E293B"/>
          <w:sz w:val="20"/>
        </w:rPr>
        <w:t>"Tệp khách cần Remarketing đợt 2"</w:t>
      </w:r>
      <w:r>
        <w:rPr>
          <w:rFonts w:ascii="Segoe UI" w:hAnsi="Segoe UI"/>
          <w:b w:val="0"/>
          <w:i w:val="0"/>
          <w:color w:val="1E293B"/>
          <w:sz w:val="20"/>
        </w:rPr>
        <w:t>):</w:t>
      </w:r>
    </w:p>
    <w:p>
      <w:pPr>
        <w:keepNext/>
        <w:spacing w:before="120" w:after="40"/>
      </w:pPr>
      <w:r>
        <w:rPr>
          <w:rFonts w:ascii="Segoe UI" w:hAnsi="Segoe UI"/>
          <w:b/>
          <w:i w:val="0"/>
          <w:color w:val="334155"/>
          <w:sz w:val="20"/>
        </w:rPr>
        <w:t>Bước 1: Chọn Thêm vào danh sách tĩnh</w:t>
      </w:r>
    </w:p>
    <w:p>
      <w:pPr>
        <w:spacing w:after="80" w:line="276" w:lineRule="auto"/>
      </w:pPr>
      <w:r>
        <w:rPr>
          <w:rFonts w:ascii="Segoe UI" w:hAnsi="Segoe UI"/>
          <w:b w:val="0"/>
          <w:i w:val="0"/>
          <w:color w:val="1E293B"/>
          <w:sz w:val="20"/>
        </w:rPr>
        <w:t xml:space="preserve">Từ menu </w:t>
      </w:r>
      <w:r>
        <w:rPr>
          <w:rFonts w:ascii="Segoe UI" w:hAnsi="Segoe UI"/>
          <w:b/>
          <w:i w:val="0"/>
          <w:color w:val="1E293B"/>
          <w:sz w:val="20"/>
        </w:rPr>
        <w:t>Thao tác khác</w:t>
      </w:r>
      <w:r>
        <w:rPr>
          <w:rFonts w:ascii="Segoe UI" w:hAnsi="Segoe UI"/>
          <w:b w:val="0"/>
          <w:i w:val="0"/>
          <w:color w:val="1E293B"/>
          <w:sz w:val="20"/>
        </w:rPr>
        <w:t xml:space="preserve">, chọn </w:t>
      </w:r>
      <w:r>
        <w:rPr>
          <w:rFonts w:ascii="Segoe UI" w:hAnsi="Segoe UI"/>
          <w:b/>
          <w:i w:val="0"/>
          <w:color w:val="1E293B"/>
          <w:sz w:val="20"/>
        </w:rPr>
        <w:t>Thêm vào danh sách tĩnh</w:t>
      </w:r>
      <w:r>
        <w:rPr>
          <w:rFonts w:ascii="Segoe UI" w:hAnsi="Segoe UI"/>
          <w:b w:val="0"/>
          <w:i w:val="0"/>
          <w:color w:val="1E293B"/>
          <w:sz w:val="20"/>
        </w:rPr>
        <w:t>.</w:t>
      </w:r>
    </w:p>
    <w:p>
      <w:pPr>
        <w:keepNext/>
        <w:spacing w:before="120" w:after="40"/>
      </w:pPr>
      <w:r>
        <w:rPr>
          <w:rFonts w:ascii="Segoe UI" w:hAnsi="Segoe UI"/>
          <w:b/>
          <w:i w:val="0"/>
          <w:color w:val="334155"/>
          <w:sz w:val="20"/>
        </w:rPr>
        <w:t>Bước 2: Chọn hoặc tạo mới danh sách</w:t>
      </w:r>
    </w:p>
    <w:p>
      <w:pPr>
        <w:pStyle w:val="ListNumber"/>
        <w:spacing w:after="40" w:line="276" w:lineRule="auto"/>
      </w:pPr>
      <w:r>
        <w:rPr>
          <w:rFonts w:ascii="Segoe UI" w:hAnsi="Segoe UI"/>
          <w:b w:val="0"/>
          <w:i w:val="0"/>
          <w:color w:val="334155"/>
          <w:sz w:val="20"/>
        </w:rPr>
        <w:t>Lựa chọn một danh sách tĩnh đã có trong danh sách thả xuống.</w:t>
      </w:r>
    </w:p>
    <w:p>
      <w:pPr>
        <w:pStyle w:val="ListNumber"/>
        <w:spacing w:after="40" w:line="276" w:lineRule="auto"/>
      </w:pPr>
      <w:r>
        <w:rPr>
          <w:rFonts w:ascii="Segoe UI" w:hAnsi="Segoe UI"/>
          <w:b w:val="0"/>
          <w:i w:val="0"/>
          <w:color w:val="334155"/>
          <w:sz w:val="20"/>
        </w:rPr>
        <w:t xml:space="preserve">Hoặc bấm </w:t>
      </w:r>
      <w:r>
        <w:rPr>
          <w:rFonts w:ascii="Segoe UI" w:hAnsi="Segoe UI"/>
          <w:b/>
          <w:i w:val="0"/>
          <w:color w:val="334155"/>
          <w:sz w:val="20"/>
        </w:rPr>
        <w:t>`+` Tạo danh sách tĩnh mới</w:t>
      </w:r>
      <w:r>
        <w:rPr>
          <w:rFonts w:ascii="Segoe UI" w:hAnsi="Segoe UI"/>
          <w:b w:val="0"/>
          <w:i w:val="0"/>
          <w:color w:val="334155"/>
          <w:sz w:val="20"/>
        </w:rPr>
        <w:t>, điền tên danh sách và bấm Tạo.</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w:t>
      </w:r>
      <w:r>
        <w:rPr>
          <w:rFonts w:ascii="Segoe UI" w:hAnsi="Segoe UI"/>
          <w:b w:val="0"/>
          <w:i w:val="0"/>
          <w:color w:val="334155"/>
          <w:sz w:val="20"/>
        </w:rPr>
        <w:t>. Tập khách hàng đã chọn sẽ được đưa vào danh sách tĩnh phục vụ chăm sóc và lọc nhanh sau này.</w:t>
      </w:r>
    </w:p>
    <w:p>
      <w:pPr>
        <w:spacing w:after="80"/>
      </w:pPr>
    </w:p>
    <w:p>
      <w:pPr>
        <w:keepNext/>
        <w:spacing w:before="200" w:after="60"/>
      </w:pPr>
      <w:r>
        <w:rPr>
          <w:rFonts w:ascii="Segoe UI" w:hAnsi="Segoe UI"/>
          <w:b/>
          <w:i w:val="0"/>
          <w:color w:val="0F172A"/>
          <w:sz w:val="22"/>
        </w:rPr>
        <w:t>6. Xóa Dữ liệu Hàng loạt (Hard Delete)</w:t>
      </w:r>
    </w:p>
    <w:p>
      <w:pPr>
        <w:keepNext/>
        <w:spacing w:before="120" w:after="40"/>
      </w:pPr>
      <w:r>
        <w:rPr>
          <w:rFonts w:ascii="Segoe UI" w:hAnsi="Segoe UI"/>
          <w:b/>
          <w:i w:val="0"/>
          <w:color w:val="334155"/>
          <w:sz w:val="20"/>
        </w:rPr>
        <w:t>Bước 1: Bấm nút Xóa trên thanh công cụ</w:t>
      </w:r>
    </w:p>
    <w:p>
      <w:pPr>
        <w:spacing w:after="80" w:line="276" w:lineRule="auto"/>
      </w:pPr>
      <w:r>
        <w:rPr>
          <w:rFonts w:ascii="Segoe UI" w:hAnsi="Segoe UI"/>
          <w:b w:val="0"/>
          <w:i w:val="0"/>
          <w:color w:val="1E293B"/>
          <w:sz w:val="20"/>
        </w:rPr>
        <w:t xml:space="preserve">Tích chọn các khách hàng cần loại bỏ khỏi hệ thống &gt; Bấm nút </w:t>
      </w:r>
      <w:r>
        <w:rPr>
          <w:rFonts w:ascii="Segoe UI" w:hAnsi="Segoe UI"/>
          <w:b/>
          <w:i w:val="0"/>
          <w:color w:val="1E293B"/>
          <w:sz w:val="20"/>
        </w:rPr>
        <w:t>Xóa</w:t>
      </w:r>
      <w:r>
        <w:rPr>
          <w:rFonts w:ascii="Segoe UI" w:hAnsi="Segoe UI"/>
          <w:b w:val="0"/>
          <w:i w:val="0"/>
          <w:color w:val="1E293B"/>
          <w:sz w:val="20"/>
        </w:rPr>
        <w:t xml:space="preserve"> (biểu tượng Thùng rác màu đỏ trên thanh công cụ).</w:t>
      </w:r>
    </w:p>
    <w:p>
      <w:pPr>
        <w:keepNext/>
        <w:spacing w:before="120" w:after="40"/>
      </w:pPr>
      <w:r>
        <w:rPr>
          <w:rFonts w:ascii="Segoe UI" w:hAnsi="Segoe UI"/>
          <w:b/>
          <w:i w:val="0"/>
          <w:color w:val="334155"/>
          <w:sz w:val="20"/>
        </w:rPr>
        <w:t>Bước 2: Xác nhận cảnh báo bảo mật</w:t>
      </w:r>
    </w:p>
    <w:p>
      <w:pPr>
        <w:spacing w:after="80" w:line="276" w:lineRule="auto"/>
      </w:pPr>
      <w:r>
        <w:rPr>
          <w:rFonts w:ascii="Segoe UI" w:hAnsi="Segoe UI"/>
          <w:b w:val="0"/>
          <w:i w:val="0"/>
          <w:color w:val="1E293B"/>
          <w:sz w:val="20"/>
        </w:rPr>
        <w:t>Hộp thoại cảnh báo bảo mật cấp cao sẽ xuất hiện:</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0F9FF"/>
            <w:tcBorders>
              <w:top w:val="none"/>
              <w:bottom w:val="none"/>
              <w:left w:val="single" w:sz="24" w:space="0" w:color="0284C7"/>
              <w:right w:val="none"/>
            </w:tcBorders>
          </w:tcPr>
          <w:p>
            <w:pPr>
              <w:spacing w:after="60" w:line="276" w:lineRule="auto"/>
            </w:pPr>
            <w:r>
              <w:rPr>
                <w:rFonts w:ascii="Segoe UI" w:hAnsi="Segoe UI"/>
                <w:b w:val="0"/>
                <w:i w:val="0"/>
                <w:color w:val="333333"/>
                <w:sz w:val="19"/>
              </w:rPr>
              <w:t xml:space="preserve">⚠️ </w:t>
            </w:r>
            <w:r>
              <w:rPr>
                <w:rFonts w:ascii="Segoe UI" w:hAnsi="Segoe UI"/>
                <w:b w:val="0"/>
                <w:i/>
                <w:color w:val="333333"/>
                <w:sz w:val="19"/>
              </w:rPr>
              <w:t>"Cảnh báo: Bạn đang thực hiện xóa vĩnh viễn [X] khách hàng. Toàn bộ dữ liệu tương tác, cuộc gọi, ghi chú và liên kết sẽ bị xóa khỏi hệ thống và KHÔNG THỂ KHÔI PHỤC. Bạn có chắc chắn muốn tiếp tục?"</w:t>
            </w:r>
          </w:p>
        </w:tc>
      </w:tr>
    </w:tbl>
    <w:p>
      <w:pPr>
        <w:spacing w:after="80"/>
      </w:pPr>
    </w:p>
    <w:p>
      <w:pPr>
        <w:spacing w:after="80" w:line="276" w:lineRule="auto"/>
      </w:pPr>
      <w:r>
        <w:rPr>
          <w:rFonts w:ascii="Segoe UI" w:hAnsi="Segoe UI"/>
          <w:b w:val="0"/>
          <w:i w:val="0"/>
          <w:color w:val="1E293B"/>
          <w:sz w:val="20"/>
        </w:rPr>
        <w:t xml:space="preserve">Đọc kỹ cảnh báo và bấm </w:t>
      </w:r>
      <w:r>
        <w:rPr>
          <w:rFonts w:ascii="Segoe UI" w:hAnsi="Segoe UI"/>
          <w:b/>
          <w:i w:val="0"/>
          <w:color w:val="1E293B"/>
          <w:sz w:val="20"/>
        </w:rPr>
        <w:t>Xác nhận xóa</w:t>
      </w:r>
      <w:r>
        <w:rPr>
          <w:rFonts w:ascii="Segoe UI" w:hAnsi="Segoe UI"/>
          <w:b w:val="0"/>
          <w:i w:val="0"/>
          <w:color w:val="1E293B"/>
          <w:sz w:val="20"/>
        </w:rPr>
        <w:t xml:space="preserve"> nếu bạn thực sự muốn loại bỏ hoàn toàn các bản ghi này khỏi cơ sở dữ liệu.</w:t>
      </w:r>
    </w:p>
    <w:p>
      <w:pPr>
        <w:spacing w:after="80"/>
      </w:pPr>
    </w:p>
    <w:p>
      <w:pPr>
        <w:keepNext/>
        <w:spacing w:before="260" w:after="80"/>
      </w:pPr>
      <w:r>
        <w:rPr>
          <w:rFonts w:ascii="Segoe UI" w:hAnsi="Segoe UI"/>
          <w:b/>
          <w:i w:val="0"/>
          <w:color w:val="0284C7"/>
          <w:sz w:val="26"/>
        </w:rPr>
        <w:t>III.3 Xử lý Sự cố Thao tác Hàng loạt (Troubleshooting)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Sự cố</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Nguyên nhân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Hướng dẫn khắc phục</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Không thấy thanh công cụ hàng loạt xuất hiện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Bạn chưa tích chọn ô checkbox của khách hàng nào trên bảng.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Tích chọn ô vuông nhỏ ở đầu mỗi dòng khách hàng hoặc tích ô trên cùng tiêu đề để chọn tất cả.</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Không có quyền bấm nút Xóa hoặc Sửa hàng loạt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Tài khoản nhân viên của bạn bị giới hạn quyền thao tác hàng loạt trong phần Phân quyền vai trò.</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Liên hệ Quản trị viên (Admin) của tổ chức để được cấp quyền </w:t>
            </w:r>
            <w:r>
              <w:rPr>
                <w:rFonts w:ascii="Segoe UI" w:hAnsi="Segoe UI"/>
                <w:b w:val="0"/>
                <w:i/>
                <w:color w:val="1E293B"/>
                <w:sz w:val="18"/>
              </w:rPr>
              <w:t>"Thao tác hàng loạt trên dữ liệu khách hàng"</w:t>
            </w:r>
            <w:r>
              <w:rPr>
                <w:rFonts w:ascii="Segoe UI" w:hAnsi="Segoe UI"/>
                <w:b w:val="0"/>
                <w:i w:val="0"/>
                <w:color w:val="1E293B"/>
                <w:sz w:val="18"/>
              </w:rPr>
              <w:t>.</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Thêm vào Callbot báo thành công nhưng bot không gọi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Chiến dịch Callbot đang ở trạng thái Tạm dừng (Pause) hoặc ngoài khung giờ gọi cho phép.</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Kiểm tra trạng thái chiến dịch trong menu </w:t>
            </w:r>
            <w:r>
              <w:rPr>
                <w:rFonts w:ascii="Segoe UI" w:hAnsi="Segoe UI"/>
                <w:b w:val="0"/>
                <w:i/>
                <w:color w:val="1E293B"/>
                <w:sz w:val="18"/>
              </w:rPr>
              <w:t>Chiến dịch &gt; Callbot</w:t>
            </w:r>
            <w:r>
              <w:rPr>
                <w:rFonts w:ascii="Segoe UI" w:hAnsi="Segoe UI"/>
                <w:b w:val="0"/>
                <w:i w:val="0"/>
                <w:color w:val="1E293B"/>
                <w:sz w:val="18"/>
              </w:rPr>
              <w:t xml:space="preserve">; bấm nút </w:t>
            </w:r>
            <w:r>
              <w:rPr>
                <w:rFonts w:ascii="Segoe UI" w:hAnsi="Segoe UI"/>
                <w:b w:val="0"/>
                <w:i/>
                <w:color w:val="1E293B"/>
                <w:sz w:val="18"/>
              </w:rPr>
              <w:t>Chạy chiến dịch</w:t>
            </w:r>
            <w:r>
              <w:rPr>
                <w:rFonts w:ascii="Segoe UI" w:hAnsi="Segoe UI"/>
                <w:b w:val="0"/>
                <w:i w:val="0"/>
                <w:color w:val="1E293B"/>
                <w:sz w:val="18"/>
              </w:rPr>
              <w:t xml:space="preserve"> nếu đang tạm dừng.</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Gửi email hàng loạt bị báo lỗi hạn ngạch (Quota exceeded)</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Hòm thư tích hợp (Gmail/Outlook/SMTP) đã đạt giới hạn số lượng email cho phép gửi trong ngày.</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Kiểm tra hạn ngạch gửi mail của dịch vụ mail bạn đang dùng hoặc chuyển sang cấu hình dịch vụ gửi mail chuyên dụng (Amazon SES, SendGrid).</w:t>
            </w:r>
          </w:p>
        </w:tc>
      </w:tr>
    </w:tbl>
    <w:p>
      <w:pPr>
        <w:spacing w:after="80"/>
      </w:pPr>
    </w:p>
    <w:p>
      <w:pPr>
        <w:spacing w:after="80"/>
      </w:pPr>
    </w:p>
    <w:p>
      <w:pPr>
        <w:keepNext/>
        <w:spacing w:before="260" w:after="80"/>
      </w:pPr>
      <w:r>
        <w:rPr>
          <w:rFonts w:ascii="Segoe UI" w:hAnsi="Segoe UI"/>
          <w:b/>
          <w:i w:val="0"/>
          <w:color w:val="0284C7"/>
          <w:sz w:val="26"/>
        </w:rPr>
        <w:t>III.4 Câu hỏi thường gặp về Thao tác Hàng loạt (FAQs)</w:t>
      </w:r>
    </w:p>
    <w:p>
      <w:pPr>
        <w:pStyle w:val="ListBullet"/>
        <w:spacing w:after="40" w:line="276" w:lineRule="auto"/>
      </w:pPr>
      <w:r>
        <w:rPr>
          <w:rFonts w:ascii="Segoe UI" w:hAnsi="Segoe UI"/>
          <w:b/>
          <w:i w:val="0"/>
          <w:color w:val="334155"/>
          <w:sz w:val="20"/>
        </w:rPr>
        <w:t>Q: Có thể chọn tất cả khách hàng trên nhiều trang cùng lúc để thao tác hàng loạt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Có.</w:t>
      </w:r>
      <w:r>
        <w:rPr>
          <w:rFonts w:ascii="Segoe UI" w:hAnsi="Segoe UI"/>
          <w:b w:val="0"/>
          <w:i w:val="0"/>
          <w:color w:val="334155"/>
          <w:sz w:val="20"/>
        </w:rPr>
        <w:t xml:space="preserve"> Khi bạn tích chọn ô vuông trên tiêu đề cột, hệ thống sẽ mặc định chọn toàn bộ khách hàng trên trang hiện tại (ví dụ: 20 khách hàng). Đồng thời, một dòng thông báo màu xanh sẽ xuất hiện: </w:t>
      </w:r>
      <w:r>
        <w:rPr>
          <w:rFonts w:ascii="Segoe UI" w:hAnsi="Segoe UI"/>
          <w:b w:val="0"/>
          <w:i/>
          <w:color w:val="334155"/>
          <w:sz w:val="20"/>
        </w:rPr>
        <w:t>"Đã chọn 20 khách hàng trên trang này. Bạn có muốn chọn tất cả [X] khách hàng thỏa mãn bộ lọc không?"</w:t>
      </w:r>
      <w:r>
        <w:rPr>
          <w:rFonts w:ascii="Segoe UI" w:hAnsi="Segoe UI"/>
          <w:b w:val="0"/>
          <w:i w:val="0"/>
          <w:color w:val="334155"/>
          <w:sz w:val="20"/>
        </w:rPr>
        <w:t>. Bấm vào liên kết đó để chọn toàn bộ tập dữ liệu.</w:t>
      </w:r>
    </w:p>
    <w:p>
      <w:pPr>
        <w:pStyle w:val="ListBullet"/>
        <w:spacing w:after="40" w:line="276" w:lineRule="auto"/>
      </w:pPr>
      <w:r>
        <w:rPr>
          <w:rFonts w:ascii="Segoe UI" w:hAnsi="Segoe UI"/>
          <w:b/>
          <w:i w:val="0"/>
          <w:color w:val="334155"/>
          <w:sz w:val="20"/>
        </w:rPr>
        <w:t>Q: Nếu xóa nhầm khách hàng thì có lấy lại được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Hoàn toàn không.</w:t>
      </w:r>
      <w:r>
        <w:rPr>
          <w:rFonts w:ascii="Segoe UI" w:hAnsi="Segoe UI"/>
          <w:b w:val="0"/>
          <w:i w:val="0"/>
          <w:color w:val="334155"/>
          <w:sz w:val="20"/>
        </w:rPr>
        <w:t xml:space="preserve"> Dữ liệu bị xóa dứt điểm để bảo đảm an toàn dữ liệu và giải phóng tài nguyên. Do đó hãy luôn cẩn trọng trước khi xác nhận lệnh xóa.</w:t>
      </w:r>
    </w:p>
    <w:p>
      <w:r>
        <w:br w:type="page"/>
      </w:r>
    </w:p>
    <w:p>
      <w:pPr>
        <w:spacing w:before="280" w:after="80"/>
      </w:pPr>
      <w:r>
        <w:rPr>
          <w:rFonts w:ascii="Segoe UI" w:hAnsi="Segoe UI"/>
          <w:b/>
          <w:i w:val="0"/>
          <w:color w:val="1E3A8A"/>
          <w:sz w:val="32"/>
        </w:rPr>
        <w:t>CHƯƠNG IV: MÀN HÌNH CHI TIẾT KHÁCH HÀNG 360° (CONTACT DETAIL)</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0F9FF"/>
            <w:tcBorders>
              <w:top w:val="none"/>
              <w:bottom w:val="none"/>
              <w:left w:val="single" w:sz="24" w:space="0" w:color="0284C7"/>
              <w:right w:val="none"/>
            </w:tcBorders>
          </w:tcPr>
          <w:p>
            <w:pPr>
              <w:spacing w:after="60" w:line="276" w:lineRule="auto"/>
            </w:pPr>
            <w:r>
              <w:rPr>
                <w:rFonts w:ascii="Segoe UI" w:hAnsi="Segoe UI"/>
                <w:b/>
                <w:i w:val="0"/>
                <w:color w:val="0284C7"/>
                <w:sz w:val="20"/>
              </w:rPr>
              <w:t>ℹ️ BỐI CẢNH &amp; MỤC TIÊU</w:t>
            </w:r>
          </w:p>
          <w:p>
            <w:pPr>
              <w:spacing w:after="40" w:line="276" w:lineRule="auto"/>
            </w:pPr>
            <w:r>
              <w:rPr>
                <w:rFonts w:ascii="Segoe UI" w:hAnsi="Segoe UI"/>
                <w:b/>
                <w:i w:val="0"/>
                <w:color w:val="333333"/>
                <w:sz w:val="19"/>
              </w:rPr>
              <w:t>Mục tiêu:</w:t>
            </w:r>
            <w:r>
              <w:rPr>
                <w:rFonts w:ascii="Segoe UI" w:hAnsi="Segoe UI"/>
                <w:b w:val="0"/>
                <w:i w:val="0"/>
                <w:color w:val="333333"/>
                <w:sz w:val="19"/>
              </w:rPr>
              <w:t xml:space="preserve"> Cung cấp bức tranh toàn cảnh 360 độ về một khách hàng duy nhất. Giúp nhân viên kinh doanh và chăm sóc khách hàng quản lý hồ sơ định danh, thực hiện tương tác đa kênh (gọi điện, ghi chú, email), theo dõi lịch sử và khởi tạo các thực thể bán hàng (Công việc, Lịch hẹn, Đơn hàng, Cơ hội, Phiếu ghi, Công ty).</w:t>
            </w:r>
          </w:p>
        </w:tc>
      </w:tr>
    </w:tbl>
    <w:p>
      <w:pPr>
        <w:spacing w:after="80"/>
      </w:pPr>
    </w:p>
    <w:p>
      <w:pPr>
        <w:spacing w:after="80"/>
      </w:pPr>
    </w:p>
    <w:p>
      <w:pPr>
        <w:keepNext/>
        <w:spacing w:before="260" w:after="80"/>
      </w:pPr>
      <w:r>
        <w:rPr>
          <w:rFonts w:ascii="Segoe UI" w:hAnsi="Segoe UI"/>
          <w:b/>
          <w:i w:val="0"/>
          <w:color w:val="0284C7"/>
          <w:sz w:val="26"/>
        </w:rPr>
        <w:t>IV.1 Tổng quan Kiến trúc Giao diện 3 Cột</w:t>
      </w:r>
    </w:p>
    <w:p>
      <w:pPr>
        <w:spacing w:after="80" w:line="276" w:lineRule="auto"/>
      </w:pPr>
      <w:r>
        <w:rPr>
          <w:rFonts w:ascii="Segoe UI" w:hAnsi="Segoe UI"/>
          <w:b w:val="0"/>
          <w:i w:val="0"/>
          <w:color w:val="1E293B"/>
          <w:sz w:val="20"/>
        </w:rPr>
        <w:t xml:space="preserve">Khi nhấp chuột vào tên của bất kỳ khách hàng nào trên bảng danh sách, hệ thống sẽ mở ra trang </w:t>
      </w:r>
      <w:r>
        <w:rPr>
          <w:rFonts w:ascii="Segoe UI" w:hAnsi="Segoe UI"/>
          <w:b/>
          <w:i w:val="0"/>
          <w:color w:val="1E293B"/>
          <w:sz w:val="20"/>
        </w:rPr>
        <w:t>Chi tiết Khách hàng</w:t>
      </w:r>
      <w:r>
        <w:rPr>
          <w:rFonts w:ascii="Segoe UI" w:hAnsi="Segoe UI"/>
          <w:b w:val="0"/>
          <w:i w:val="0"/>
          <w:color w:val="1E293B"/>
          <w:sz w:val="20"/>
        </w:rPr>
        <w:t xml:space="preserve"> với bố cục 3 cột trực quan:</w:t>
      </w:r>
    </w:p>
    <w:p>
      <w:pPr>
        <w:spacing w:before="160" w:after="40"/>
        <w:jc w:val="center"/>
      </w:pPr>
      <w:r>
        <w:drawing>
          <wp:inline xmlns:a="http://schemas.openxmlformats.org/drawingml/2006/main" xmlns:pic="http://schemas.openxmlformats.org/drawingml/2006/picture">
            <wp:extent cx="5486400" cy="2723198"/>
            <wp:docPr id="22" name="Picture 22"/>
            <wp:cNvGraphicFramePr>
              <a:graphicFrameLocks noChangeAspect="1"/>
            </wp:cNvGraphicFramePr>
            <a:graphic>
              <a:graphicData uri="http://schemas.openxmlformats.org/drawingml/2006/picture">
                <pic:pic>
                  <pic:nvPicPr>
                    <pic:cNvPr id="0" name="contact_detail_360.png"/>
                    <pic:cNvPicPr/>
                  </pic:nvPicPr>
                  <pic:blipFill>
                    <a:blip r:embed="rId31"/>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Bố cục 3 cột: Cột trái (Hồ sơ), Cột giữa (Tương tác &amp; Timeline), Cột phải (Thực thể liên kết).</w:t>
      </w:r>
    </w:p>
    <w:p>
      <w:pPr>
        <w:pStyle w:val="ListBullet"/>
        <w:spacing w:after="40" w:line="276" w:lineRule="auto"/>
      </w:pPr>
      <w:r>
        <w:rPr>
          <w:rFonts w:ascii="Segoe UI" w:hAnsi="Segoe UI"/>
          <w:b/>
          <w:i w:val="0"/>
          <w:color w:val="334155"/>
          <w:sz w:val="20"/>
        </w:rPr>
        <w:t>Cột trái - Hồ sơ định danh (Customer Profile):</w:t>
      </w:r>
      <w:r>
        <w:rPr>
          <w:rFonts w:ascii="Segoe UI" w:hAnsi="Segoe UI"/>
          <w:b w:val="0"/>
          <w:i w:val="0"/>
          <w:color w:val="334155"/>
          <w:sz w:val="20"/>
        </w:rPr>
        <w:t xml:space="preserve"> Quản lý toàn bộ thông tin cá nhân, chức vụ, công ty, hành trình mua hàng, nhãn dán và nhân sự phụ trách.</w:t>
      </w:r>
    </w:p>
    <w:p>
      <w:pPr>
        <w:pStyle w:val="ListBullet"/>
        <w:spacing w:after="40" w:line="276" w:lineRule="auto"/>
      </w:pPr>
      <w:r>
        <w:rPr>
          <w:rFonts w:ascii="Segoe UI" w:hAnsi="Segoe UI"/>
          <w:b/>
          <w:i w:val="0"/>
          <w:color w:val="334155"/>
          <w:sz w:val="20"/>
        </w:rPr>
        <w:t>Cột giữa - Tương tác &amp; Nhật ký (Activity Center):</w:t>
      </w:r>
      <w:r>
        <w:rPr>
          <w:rFonts w:ascii="Segoe UI" w:hAnsi="Segoe UI"/>
          <w:b w:val="0"/>
          <w:i w:val="0"/>
          <w:color w:val="334155"/>
          <w:sz w:val="20"/>
        </w:rPr>
        <w:t xml:space="preserve"> Khu vực tương tác trực tiếp (Gọi điện, Ghi chú, Email, SMS) và Dòng thời gian ghi nhận toàn bộ biến động lịch sử.</w:t>
      </w:r>
    </w:p>
    <w:p>
      <w:pPr>
        <w:pStyle w:val="ListBullet"/>
        <w:spacing w:after="40" w:line="276" w:lineRule="auto"/>
      </w:pPr>
      <w:r>
        <w:rPr>
          <w:rFonts w:ascii="Segoe UI" w:hAnsi="Segoe UI"/>
          <w:b/>
          <w:i w:val="0"/>
          <w:color w:val="334155"/>
          <w:sz w:val="20"/>
        </w:rPr>
        <w:t>Cột phải - Chu trình Bán hàng &amp; Dịch vụ (Related CRM Entities):</w:t>
      </w:r>
      <w:r>
        <w:rPr>
          <w:rFonts w:ascii="Segoe UI" w:hAnsi="Segoe UI"/>
          <w:b w:val="0"/>
          <w:i w:val="0"/>
          <w:color w:val="334155"/>
          <w:sz w:val="20"/>
        </w:rPr>
        <w:t xml:space="preserve"> Nơi quản lý và tạo mới các thực thể liên kết gồm: </w:t>
      </w:r>
      <w:r>
        <w:rPr>
          <w:rFonts w:ascii="Segoe UI" w:hAnsi="Segoe UI"/>
          <w:b w:val="0"/>
          <w:i/>
          <w:color w:val="334155"/>
          <w:sz w:val="20"/>
        </w:rPr>
        <w:t>Công việc, Lịch hẹn, Đơn hàng, Cơ hội bán hàng, Phiếu ghi hỗ trợ và Công ty</w:t>
      </w:r>
      <w:r>
        <w:rPr>
          <w:rFonts w:ascii="Segoe UI" w:hAnsi="Segoe UI"/>
          <w:b w:val="0"/>
          <w:i w:val="0"/>
          <w:color w:val="334155"/>
          <w:sz w:val="20"/>
        </w:rPr>
        <w:t>.</w:t>
      </w:r>
    </w:p>
    <w:p>
      <w:pPr>
        <w:spacing w:after="80"/>
      </w:pPr>
    </w:p>
    <w:p>
      <w:pPr>
        <w:keepNext/>
        <w:spacing w:before="260" w:after="80"/>
      </w:pPr>
      <w:r>
        <w:rPr>
          <w:rFonts w:ascii="Segoe UI" w:hAnsi="Segoe UI"/>
          <w:b/>
          <w:i w:val="0"/>
          <w:color w:val="0284C7"/>
          <w:sz w:val="26"/>
        </w:rPr>
        <w:t>IV.2 Hướng dẫn thao tác chi tiết (Profile, Timeline, 6 thực thể)</w:t>
      </w:r>
    </w:p>
    <w:p>
      <w:pPr>
        <w:keepNext/>
        <w:spacing w:before="200" w:after="60"/>
      </w:pPr>
      <w:r>
        <w:rPr>
          <w:rFonts w:ascii="Segoe UI" w:hAnsi="Segoe UI"/>
          <w:b/>
          <w:i w:val="0"/>
          <w:color w:val="0F172A"/>
          <w:sz w:val="22"/>
        </w:rPr>
        <w:t>1. Cột Trái: Quản lý Hồ sơ Khách hàng (Profile)</w:t>
      </w:r>
    </w:p>
    <w:p>
      <w:pPr>
        <w:keepNext/>
        <w:spacing w:before="120" w:after="40"/>
      </w:pPr>
      <w:r>
        <w:rPr>
          <w:rFonts w:ascii="Segoe UI" w:hAnsi="Segoe UI"/>
          <w:b/>
          <w:i w:val="0"/>
          <w:color w:val="334155"/>
          <w:sz w:val="20"/>
        </w:rPr>
        <w:t>a. Chỉnh sửa thông tin nhanh</w:t>
      </w:r>
    </w:p>
    <w:p>
      <w:pPr>
        <w:pStyle w:val="ListBullet"/>
        <w:spacing w:after="40" w:line="276" w:lineRule="auto"/>
      </w:pPr>
      <w:r>
        <w:rPr>
          <w:rFonts w:ascii="Segoe UI" w:hAnsi="Segoe UI"/>
          <w:b w:val="0"/>
          <w:i w:val="0"/>
          <w:color w:val="334155"/>
          <w:sz w:val="20"/>
        </w:rPr>
        <w:t>Bạn có thể di chuột vào bất kỳ trường thông tin nào (Họ tên, Số điện thoại, Email, Địa chỉ, Chức vụ, Nguồn lead, v.v.) và nhấp chuột để chỉnh sửa trực tiếp.</w:t>
      </w:r>
    </w:p>
    <w:p>
      <w:pPr>
        <w:pStyle w:val="ListBullet"/>
        <w:spacing w:after="40" w:line="276" w:lineRule="auto"/>
      </w:pPr>
      <w:r>
        <w:rPr>
          <w:rFonts w:ascii="Segoe UI" w:hAnsi="Segoe UI"/>
          <w:b w:val="0"/>
          <w:i w:val="0"/>
          <w:color w:val="334155"/>
          <w:sz w:val="20"/>
        </w:rPr>
        <w:t>Sau khi nhập xong giá trị mới, nhấp chuột ra ngoài ô hoặc bấm Enter để lưu.</w:t>
      </w:r>
    </w:p>
    <w:p>
      <w:pPr>
        <w:spacing w:before="160" w:after="40"/>
        <w:jc w:val="center"/>
      </w:pPr>
      <w:r>
        <w:drawing>
          <wp:inline xmlns:a="http://schemas.openxmlformats.org/drawingml/2006/main" xmlns:pic="http://schemas.openxmlformats.org/drawingml/2006/picture">
            <wp:extent cx="5486400" cy="2723198"/>
            <wp:docPr id="23" name="Picture 23"/>
            <wp:cNvGraphicFramePr>
              <a:graphicFrameLocks noChangeAspect="1"/>
            </wp:cNvGraphicFramePr>
            <a:graphic>
              <a:graphicData uri="http://schemas.openxmlformats.org/drawingml/2006/picture">
                <pic:pic>
                  <pic:nvPicPr>
                    <pic:cNvPr id="0" name="detail_left_profile_edit.png"/>
                    <pic:cNvPicPr/>
                  </pic:nvPicPr>
                  <pic:blipFill>
                    <a:blip r:embed="rId32"/>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Chỉnh sửa trực tiếp các trường thông tin trong hồ sơ khách hàng.</w:t>
      </w:r>
    </w:p>
    <w:p>
      <w:pPr>
        <w:keepNext/>
        <w:spacing w:before="120" w:after="40"/>
      </w:pPr>
      <w:r>
        <w:rPr>
          <w:rFonts w:ascii="Segoe UI" w:hAnsi="Segoe UI"/>
          <w:b/>
          <w:i w:val="0"/>
          <w:color w:val="334155"/>
          <w:sz w:val="20"/>
        </w:rPr>
        <w:t>b. Chuyển đổi giai đoạn Hành trình khách hàng (Journey Stage)</w:t>
      </w:r>
    </w:p>
    <w:p>
      <w:pPr>
        <w:pStyle w:val="ListBullet"/>
        <w:spacing w:after="40" w:line="276" w:lineRule="auto"/>
      </w:pPr>
      <w:r>
        <w:rPr>
          <w:rFonts w:ascii="Segoe UI" w:hAnsi="Segoe UI"/>
          <w:b w:val="0"/>
          <w:i w:val="0"/>
          <w:color w:val="334155"/>
          <w:sz w:val="20"/>
        </w:rPr>
        <w:t>Nhấp vào thanh trạng thái hành trình ở đầu cột trái để chuyển khách hàng sang các giai đoạn tiếp theo trong phễu bán hàng:</w:t>
      </w:r>
    </w:p>
    <w:p>
      <w:pPr>
        <w:pStyle w:val="ListBullet"/>
        <w:spacing w:after="40" w:line="276" w:lineRule="auto"/>
      </w:pPr>
      <w:r>
        <w:rPr>
          <w:rFonts w:ascii="Segoe UI" w:hAnsi="Segoe UI"/>
          <w:b w:val="0"/>
          <w:i/>
          <w:color w:val="334155"/>
          <w:sz w:val="20"/>
        </w:rPr>
        <w:t>Mới đăng ký</w:t>
      </w:r>
      <w:r>
        <w:rPr>
          <w:rFonts w:ascii="Segoe UI" w:hAnsi="Segoe UI"/>
          <w:b w:val="0"/>
          <w:i w:val="0"/>
          <w:color w:val="334155"/>
          <w:sz w:val="20"/>
        </w:rPr>
        <w:t xml:space="preserve"> → </w:t>
      </w:r>
      <w:r>
        <w:rPr>
          <w:rFonts w:ascii="Segoe UI" w:hAnsi="Segoe UI"/>
          <w:b w:val="0"/>
          <w:i/>
          <w:color w:val="334155"/>
          <w:sz w:val="20"/>
        </w:rPr>
        <w:t>Đang liên hệ</w:t>
      </w:r>
      <w:r>
        <w:rPr>
          <w:rFonts w:ascii="Segoe UI" w:hAnsi="Segoe UI"/>
          <w:b w:val="0"/>
          <w:i w:val="0"/>
          <w:color w:val="334155"/>
          <w:sz w:val="20"/>
        </w:rPr>
        <w:t xml:space="preserve"> → </w:t>
      </w:r>
      <w:r>
        <w:rPr>
          <w:rFonts w:ascii="Segoe UI" w:hAnsi="Segoe UI"/>
          <w:b w:val="0"/>
          <w:i/>
          <w:color w:val="334155"/>
          <w:sz w:val="20"/>
        </w:rPr>
        <w:t>Đang tư vấn</w:t>
      </w:r>
      <w:r>
        <w:rPr>
          <w:rFonts w:ascii="Segoe UI" w:hAnsi="Segoe UI"/>
          <w:b w:val="0"/>
          <w:i w:val="0"/>
          <w:color w:val="334155"/>
          <w:sz w:val="20"/>
        </w:rPr>
        <w:t xml:space="preserve"> → </w:t>
      </w:r>
      <w:r>
        <w:rPr>
          <w:rFonts w:ascii="Segoe UI" w:hAnsi="Segoe UI"/>
          <w:b w:val="0"/>
          <w:i/>
          <w:color w:val="334155"/>
          <w:sz w:val="20"/>
        </w:rPr>
        <w:t>Báo giá</w:t>
      </w:r>
      <w:r>
        <w:rPr>
          <w:rFonts w:ascii="Segoe UI" w:hAnsi="Segoe UI"/>
          <w:b w:val="0"/>
          <w:i w:val="0"/>
          <w:color w:val="334155"/>
          <w:sz w:val="20"/>
        </w:rPr>
        <w:t xml:space="preserve"> → </w:t>
      </w:r>
      <w:r>
        <w:rPr>
          <w:rFonts w:ascii="Segoe UI" w:hAnsi="Segoe UI"/>
          <w:b w:val="0"/>
          <w:i/>
          <w:color w:val="334155"/>
          <w:sz w:val="20"/>
        </w:rPr>
        <w:t>Đã chốt (Thành công)</w:t>
      </w:r>
      <w:r>
        <w:rPr>
          <w:rFonts w:ascii="Segoe UI" w:hAnsi="Segoe UI"/>
          <w:b w:val="0"/>
          <w:i w:val="0"/>
          <w:color w:val="334155"/>
          <w:sz w:val="20"/>
        </w:rPr>
        <w:t xml:space="preserve"> → </w:t>
      </w:r>
      <w:r>
        <w:rPr>
          <w:rFonts w:ascii="Segoe UI" w:hAnsi="Segoe UI"/>
          <w:b w:val="0"/>
          <w:i/>
          <w:color w:val="334155"/>
          <w:sz w:val="20"/>
        </w:rPr>
        <w:t>Không tiềm năng (Thất bại)</w:t>
      </w:r>
      <w:r>
        <w:rPr>
          <w:rFonts w:ascii="Segoe UI" w:hAnsi="Segoe UI"/>
          <w:b w:val="0"/>
          <w:i w:val="0"/>
          <w:color w:val="334155"/>
          <w:sz w:val="20"/>
        </w:rPr>
        <w:t>.</w:t>
      </w:r>
    </w:p>
    <w:p>
      <w:pPr>
        <w:keepNext/>
        <w:spacing w:before="120" w:after="40"/>
      </w:pPr>
      <w:r>
        <w:rPr>
          <w:rFonts w:ascii="Segoe UI" w:hAnsi="Segoe UI"/>
          <w:b/>
          <w:i w:val="0"/>
          <w:color w:val="334155"/>
          <w:sz w:val="20"/>
        </w:rPr>
        <w:t>c. Quản lý Thẻ nhãn (Tags)</w:t>
      </w:r>
    </w:p>
    <w:p>
      <w:pPr>
        <w:pStyle w:val="ListBullet"/>
        <w:spacing w:after="40" w:line="276" w:lineRule="auto"/>
      </w:pPr>
      <w:r>
        <w:rPr>
          <w:rFonts w:ascii="Segoe UI" w:hAnsi="Segoe UI"/>
          <w:b w:val="0"/>
          <w:i w:val="0"/>
          <w:color w:val="334155"/>
          <w:sz w:val="20"/>
        </w:rPr>
        <w:t xml:space="preserve">Bấm vào nút </w:t>
      </w:r>
      <w:r>
        <w:rPr>
          <w:rFonts w:ascii="Segoe UI" w:hAnsi="Segoe UI"/>
          <w:b/>
          <w:i w:val="0"/>
          <w:color w:val="334155"/>
          <w:sz w:val="20"/>
        </w:rPr>
        <w:t>`+` Thêm thẻ tag</w:t>
      </w:r>
      <w:r>
        <w:rPr>
          <w:rFonts w:ascii="Segoe UI" w:hAnsi="Segoe UI"/>
          <w:b w:val="0"/>
          <w:i w:val="0"/>
          <w:color w:val="334155"/>
          <w:sz w:val="20"/>
        </w:rPr>
        <w:t xml:space="preserve"> để gắn các nhãn màu sắc nhận diện (Ví dụ: </w:t>
      </w:r>
      <w:r>
        <w:rPr>
          <w:rFonts w:ascii="Consolas" w:hAnsi="Consolas"/>
          <w:b w:val="0"/>
          <w:i w:val="0"/>
          <w:color w:val="8B0000"/>
          <w:sz w:val="19"/>
        </w:rPr>
        <w:t>#VIP</w:t>
      </w:r>
      <w:r>
        <w:rPr>
          <w:rFonts w:ascii="Segoe UI" w:hAnsi="Segoe UI"/>
          <w:b w:val="0"/>
          <w:i w:val="0"/>
          <w:color w:val="334155"/>
          <w:sz w:val="20"/>
        </w:rPr>
        <w:t xml:space="preserve">, </w:t>
      </w:r>
      <w:r>
        <w:rPr>
          <w:rFonts w:ascii="Consolas" w:hAnsi="Consolas"/>
          <w:b w:val="0"/>
          <w:i w:val="0"/>
          <w:color w:val="8B0000"/>
          <w:sz w:val="19"/>
        </w:rPr>
        <w:t>#Khách_Hội_thảo</w:t>
      </w:r>
      <w:r>
        <w:rPr>
          <w:rFonts w:ascii="Segoe UI" w:hAnsi="Segoe UI"/>
          <w:b w:val="0"/>
          <w:i w:val="0"/>
          <w:color w:val="334155"/>
          <w:sz w:val="20"/>
        </w:rPr>
        <w:t xml:space="preserve">, </w:t>
      </w:r>
      <w:r>
        <w:rPr>
          <w:rFonts w:ascii="Consolas" w:hAnsi="Consolas"/>
          <w:b w:val="0"/>
          <w:i w:val="0"/>
          <w:color w:val="8B0000"/>
          <w:sz w:val="19"/>
        </w:rPr>
        <w:t>#Quan_tâm_AI</w:t>
      </w:r>
      <w:r>
        <w:rPr>
          <w:rFonts w:ascii="Segoe UI" w:hAnsi="Segoe UI"/>
          <w:b w:val="0"/>
          <w:i w:val="0"/>
          <w:color w:val="334155"/>
          <w:sz w:val="20"/>
        </w:rPr>
        <w:t>).</w:t>
      </w:r>
    </w:p>
    <w:p>
      <w:pPr>
        <w:pStyle w:val="ListBullet"/>
        <w:spacing w:after="40" w:line="276" w:lineRule="auto"/>
      </w:pPr>
      <w:r>
        <w:rPr>
          <w:rFonts w:ascii="Segoe UI" w:hAnsi="Segoe UI"/>
          <w:b w:val="0"/>
          <w:i w:val="0"/>
          <w:color w:val="334155"/>
          <w:sz w:val="20"/>
        </w:rPr>
        <w:t xml:space="preserve">Bấm vào dấu </w:t>
      </w:r>
      <w:r>
        <w:rPr>
          <w:rFonts w:ascii="Consolas" w:hAnsi="Consolas"/>
          <w:b w:val="0"/>
          <w:i w:val="0"/>
          <w:color w:val="8B0000"/>
          <w:sz w:val="19"/>
        </w:rPr>
        <w:t>x</w:t>
      </w:r>
      <w:r>
        <w:rPr>
          <w:rFonts w:ascii="Segoe UI" w:hAnsi="Segoe UI"/>
          <w:b w:val="0"/>
          <w:i w:val="0"/>
          <w:color w:val="334155"/>
          <w:sz w:val="20"/>
        </w:rPr>
        <w:t xml:space="preserve"> trên mỗi nhãn dán để gỡ bỏ tag khi không còn phù hợp.</w:t>
      </w:r>
    </w:p>
    <w:p>
      <w:pPr>
        <w:keepNext/>
        <w:spacing w:before="120" w:after="40"/>
      </w:pPr>
      <w:r>
        <w:rPr>
          <w:rFonts w:ascii="Segoe UI" w:hAnsi="Segoe UI"/>
          <w:b/>
          <w:i w:val="0"/>
          <w:color w:val="334155"/>
          <w:sz w:val="20"/>
        </w:rPr>
        <w:t>d. Chuyển giao Người phụ trách</w:t>
      </w:r>
    </w:p>
    <w:p>
      <w:pPr>
        <w:pStyle w:val="ListBullet"/>
        <w:spacing w:after="40" w:line="276" w:lineRule="auto"/>
      </w:pPr>
      <w:r>
        <w:rPr>
          <w:rFonts w:ascii="Segoe UI" w:hAnsi="Segoe UI"/>
          <w:b w:val="0"/>
          <w:i w:val="0"/>
          <w:color w:val="334155"/>
          <w:sz w:val="20"/>
        </w:rPr>
        <w:t xml:space="preserve">Bấm vào tên nhân viên tại trường </w:t>
      </w:r>
      <w:r>
        <w:rPr>
          <w:rFonts w:ascii="Segoe UI" w:hAnsi="Segoe UI"/>
          <w:b/>
          <w:i w:val="0"/>
          <w:color w:val="334155"/>
          <w:sz w:val="20"/>
        </w:rPr>
        <w:t>Nhân viên phụ trách</w:t>
      </w:r>
      <w:r>
        <w:rPr>
          <w:rFonts w:ascii="Segoe UI" w:hAnsi="Segoe UI"/>
          <w:b w:val="0"/>
          <w:i w:val="0"/>
          <w:color w:val="334155"/>
          <w:sz w:val="20"/>
        </w:rPr>
        <w:t>.</w:t>
      </w:r>
    </w:p>
    <w:p>
      <w:pPr>
        <w:pStyle w:val="ListBullet"/>
        <w:spacing w:after="40" w:line="276" w:lineRule="auto"/>
      </w:pPr>
      <w:r>
        <w:rPr>
          <w:rFonts w:ascii="Segoe UI" w:hAnsi="Segoe UI"/>
          <w:b w:val="0"/>
          <w:i w:val="0"/>
          <w:color w:val="334155"/>
          <w:sz w:val="20"/>
        </w:rPr>
        <w:t>Chọn nhân viên mới từ danh sách thành viên trong tổ chức.</w:t>
      </w:r>
    </w:p>
    <w:p>
      <w:pPr>
        <w:pStyle w:val="ListBullet"/>
        <w:spacing w:after="40" w:line="276" w:lineRule="auto"/>
      </w:pPr>
      <w:r>
        <w:rPr>
          <w:rFonts w:ascii="Segoe UI" w:hAnsi="Segoe UI"/>
          <w:b w:val="0"/>
          <w:i w:val="0"/>
          <w:color w:val="334155"/>
          <w:sz w:val="20"/>
        </w:rPr>
        <w:t xml:space="preserve">Hệ thống sẽ hiển thị tùy chọn: </w:t>
      </w:r>
      <w:r>
        <w:rPr>
          <w:rFonts w:ascii="Segoe UI" w:hAnsi="Segoe UI"/>
          <w:b w:val="0"/>
          <w:i/>
          <w:color w:val="334155"/>
          <w:sz w:val="20"/>
        </w:rPr>
        <w:t>"Chuyển giao toàn bộ công việc và lịch hẹn chưa hoàn thành sang cho nhân viên mới"</w:t>
      </w:r>
      <w:r>
        <w:rPr>
          <w:rFonts w:ascii="Segoe UI" w:hAnsi="Segoe UI"/>
          <w:b w:val="0"/>
          <w:i w:val="0"/>
          <w:color w:val="334155"/>
          <w:sz w:val="20"/>
        </w:rPr>
        <w:t xml:space="preserve">. Tích chọn và bấm </w:t>
      </w:r>
      <w:r>
        <w:rPr>
          <w:rFonts w:ascii="Segoe UI" w:hAnsi="Segoe UI"/>
          <w:b/>
          <w:i w:val="0"/>
          <w:color w:val="334155"/>
          <w:sz w:val="20"/>
        </w:rPr>
        <w:t>Xác nhận</w:t>
      </w:r>
      <w:r>
        <w:rPr>
          <w:rFonts w:ascii="Segoe UI" w:hAnsi="Segoe UI"/>
          <w:b w:val="0"/>
          <w:i w:val="0"/>
          <w:color w:val="334155"/>
          <w:sz w:val="20"/>
        </w:rPr>
        <w:t>.</w:t>
      </w:r>
    </w:p>
    <w:p>
      <w:pPr>
        <w:spacing w:after="80"/>
      </w:pPr>
    </w:p>
    <w:p>
      <w:pPr>
        <w:keepNext/>
        <w:spacing w:before="200" w:after="60"/>
      </w:pPr>
      <w:r>
        <w:rPr>
          <w:rFonts w:ascii="Segoe UI" w:hAnsi="Segoe UI"/>
          <w:b/>
          <w:i w:val="0"/>
          <w:color w:val="0F172A"/>
          <w:sz w:val="22"/>
        </w:rPr>
        <w:t>2. Cột Giữa: Nhật ký Hoạt động &amp; Tương tác Đa kênh</w:t>
      </w:r>
    </w:p>
    <w:p>
      <w:pPr>
        <w:keepNext/>
        <w:spacing w:before="120" w:after="40"/>
      </w:pPr>
      <w:r>
        <w:rPr>
          <w:rFonts w:ascii="Segoe UI" w:hAnsi="Segoe UI"/>
          <w:b/>
          <w:i w:val="0"/>
          <w:color w:val="334155"/>
          <w:sz w:val="20"/>
        </w:rPr>
        <w:t>a. Soạn thảo Ghi chú (Note)</w:t>
      </w:r>
    </w:p>
    <w:p>
      <w:pPr>
        <w:pStyle w:val="ListNumber"/>
        <w:spacing w:after="40" w:line="276" w:lineRule="auto"/>
      </w:pPr>
      <w:r>
        <w:rPr>
          <w:rFonts w:ascii="Segoe UI" w:hAnsi="Segoe UI"/>
          <w:b w:val="0"/>
          <w:i w:val="0"/>
          <w:color w:val="334155"/>
          <w:sz w:val="20"/>
        </w:rPr>
        <w:t xml:space="preserve">Tại thanh công cụ tương tác ở cột giữa, chọn tab </w:t>
      </w:r>
      <w:r>
        <w:rPr>
          <w:rFonts w:ascii="Segoe UI" w:hAnsi="Segoe UI"/>
          <w:b/>
          <w:i w:val="0"/>
          <w:color w:val="334155"/>
          <w:sz w:val="20"/>
        </w:rPr>
        <w:t>Ghi chú</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Nhập nội dung trao đổi, đàm phán hoặc thông tin quan trọng về khách hàng.</w:t>
      </w:r>
    </w:p>
    <w:p>
      <w:pPr>
        <w:pStyle w:val="ListNumber"/>
        <w:spacing w:after="40" w:line="276" w:lineRule="auto"/>
      </w:pPr>
      <w:r>
        <w:rPr>
          <w:rFonts w:ascii="Segoe UI" w:hAnsi="Segoe UI"/>
          <w:b w:val="0"/>
          <w:i w:val="0"/>
          <w:color w:val="334155"/>
          <w:sz w:val="20"/>
        </w:rPr>
        <w:t>Thanh công cụ hỗ trợ:</w:t>
      </w:r>
    </w:p>
    <w:p>
      <w:pPr>
        <w:pStyle w:val="ListBullet"/>
        <w:spacing w:after="40" w:line="276" w:lineRule="auto"/>
      </w:pPr>
      <w:r>
        <w:rPr>
          <w:rFonts w:ascii="Segoe UI" w:hAnsi="Segoe UI"/>
          <w:b w:val="0"/>
          <w:i w:val="0"/>
          <w:color w:val="334155"/>
          <w:sz w:val="20"/>
        </w:rPr>
        <w:t>Định dạng văn bản: In đậm, in nghiêng, gạch đầu dòng, đổi màu chữ.</w:t>
      </w:r>
    </w:p>
    <w:p>
      <w:pPr>
        <w:pStyle w:val="ListBullet"/>
        <w:spacing w:after="40" w:line="276" w:lineRule="auto"/>
      </w:pPr>
      <w:r>
        <w:rPr>
          <w:rFonts w:ascii="Segoe UI" w:hAnsi="Segoe UI"/>
          <w:b w:val="0"/>
          <w:i w:val="0"/>
          <w:color w:val="334155"/>
          <w:sz w:val="20"/>
        </w:rPr>
        <w:t>Đính kèm tệp tin: Bấm biểu tượng kẹp ghim để tải lên tài liệu (PDF báo giá, hợp đồng, hình ảnh, file ghi chú).</w:t>
      </w:r>
    </w:p>
    <w:p>
      <w:pPr>
        <w:pStyle w:val="ListBullet"/>
        <w:spacing w:after="40" w:line="276" w:lineRule="auto"/>
      </w:pPr>
      <w:r>
        <w:rPr>
          <w:rFonts w:ascii="Segoe UI" w:hAnsi="Segoe UI"/>
          <w:b w:val="0"/>
          <w:i w:val="0"/>
          <w:color w:val="334155"/>
          <w:sz w:val="20"/>
        </w:rPr>
        <w:t xml:space="preserve">Nhắc tên đồng nghiệp: Gõ ký tự </w:t>
      </w:r>
      <w:r>
        <w:rPr>
          <w:rFonts w:ascii="Consolas" w:hAnsi="Consolas"/>
          <w:b w:val="0"/>
          <w:i w:val="0"/>
          <w:color w:val="8B0000"/>
          <w:sz w:val="19"/>
        </w:rPr>
        <w:t>@Tên_nhân_viên</w:t>
      </w:r>
      <w:r>
        <w:rPr>
          <w:rFonts w:ascii="Segoe UI" w:hAnsi="Segoe UI"/>
          <w:b w:val="0"/>
          <w:i w:val="0"/>
          <w:color w:val="334155"/>
          <w:sz w:val="20"/>
        </w:rPr>
        <w:t xml:space="preserve"> để hệ thống gửi thông báo nhắc nhở trực tiếp cho đồng nghiệp đó.</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 ghi chú</w:t>
      </w:r>
      <w:r>
        <w:rPr>
          <w:rFonts w:ascii="Segoe UI" w:hAnsi="Segoe UI"/>
          <w:b w:val="0"/>
          <w:i w:val="0"/>
          <w:color w:val="334155"/>
          <w:sz w:val="20"/>
        </w:rPr>
        <w:t>. Nội dung ghi chú sẽ được ghim vào dòng thời gian với mốc thời gian và tên người tạo chính xác.</w:t>
      </w:r>
    </w:p>
    <w:p>
      <w:pPr>
        <w:keepNext/>
        <w:spacing w:before="120" w:after="40"/>
      </w:pPr>
      <w:r>
        <w:rPr>
          <w:rFonts w:ascii="Segoe UI" w:hAnsi="Segoe UI"/>
          <w:b/>
          <w:i w:val="0"/>
          <w:color w:val="334155"/>
          <w:sz w:val="20"/>
        </w:rPr>
        <w:t>b. Gọi điện trực tiếp (Click-to-Call) &amp; Nghe lại ghi âm</w:t>
      </w:r>
    </w:p>
    <w:p>
      <w:pPr>
        <w:pStyle w:val="ListNumber"/>
        <w:spacing w:after="40" w:line="276" w:lineRule="auto"/>
      </w:pPr>
      <w:r>
        <w:rPr>
          <w:rFonts w:ascii="Segoe UI" w:hAnsi="Segoe UI"/>
          <w:b w:val="0"/>
          <w:i w:val="0"/>
          <w:color w:val="334155"/>
          <w:sz w:val="20"/>
        </w:rPr>
        <w:t xml:space="preserve">Chọn tab </w:t>
      </w:r>
      <w:r>
        <w:rPr>
          <w:rFonts w:ascii="Segoe UI" w:hAnsi="Segoe UI"/>
          <w:b/>
          <w:i w:val="0"/>
          <w:color w:val="334155"/>
          <w:sz w:val="20"/>
        </w:rPr>
        <w:t>Cuộc gọi</w:t>
      </w:r>
      <w:r>
        <w:rPr>
          <w:rFonts w:ascii="Segoe UI" w:hAnsi="Segoe UI"/>
          <w:b w:val="0"/>
          <w:i w:val="0"/>
          <w:color w:val="334155"/>
          <w:sz w:val="20"/>
        </w:rPr>
        <w:t xml:space="preserve"> hoặc bấm biểu tượng điện thoại tại thanh tiêu đề.</w:t>
      </w:r>
    </w:p>
    <w:p>
      <w:pPr>
        <w:pStyle w:val="ListNumber"/>
        <w:spacing w:after="40" w:line="276" w:lineRule="auto"/>
      </w:pPr>
      <w:r>
        <w:rPr>
          <w:rFonts w:ascii="Segoe UI" w:hAnsi="Segoe UI"/>
          <w:b w:val="0"/>
          <w:i w:val="0"/>
          <w:color w:val="334155"/>
          <w:sz w:val="20"/>
        </w:rPr>
        <w:t>Chọn đầu số Hotline / Máy nhánh gọi ra.</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Gọi</w:t>
      </w:r>
      <w:r>
        <w:rPr>
          <w:rFonts w:ascii="Segoe UI" w:hAnsi="Segoe UI"/>
          <w:b w:val="0"/>
          <w:i w:val="0"/>
          <w:color w:val="334155"/>
          <w:sz w:val="20"/>
        </w:rPr>
        <w:t>. Bàn phím ảo Softphone sẽ kết nối cuộc gọi qua tổng đài VoIP.</w:t>
      </w:r>
    </w:p>
    <w:p>
      <w:pPr>
        <w:pStyle w:val="ListNumber"/>
        <w:spacing w:after="40" w:line="276" w:lineRule="auto"/>
      </w:pPr>
      <w:r>
        <w:rPr>
          <w:rFonts w:ascii="Segoe UI" w:hAnsi="Segoe UI"/>
          <w:b w:val="0"/>
          <w:i w:val="0"/>
          <w:color w:val="334155"/>
          <w:sz w:val="20"/>
        </w:rPr>
        <w:t>Trong khi đàm thoại, nhân viên có thể nhập trực tiếp tóm tắt nội dung cuộc gọi vào ô ghi chép.</w:t>
      </w:r>
    </w:p>
    <w:p>
      <w:pPr>
        <w:pStyle w:val="ListNumber"/>
        <w:spacing w:after="40" w:line="276" w:lineRule="auto"/>
      </w:pPr>
      <w:r>
        <w:rPr>
          <w:rFonts w:ascii="Segoe UI" w:hAnsi="Segoe UI"/>
          <w:b w:val="0"/>
          <w:i w:val="0"/>
          <w:color w:val="334155"/>
          <w:sz w:val="20"/>
        </w:rPr>
        <w:t>Sau khi kết thúc cuộc gọi:</w:t>
      </w:r>
    </w:p>
    <w:p>
      <w:pPr>
        <w:pStyle w:val="ListBullet"/>
        <w:spacing w:after="40" w:line="276" w:lineRule="auto"/>
      </w:pPr>
      <w:r>
        <w:rPr>
          <w:rFonts w:ascii="Segoe UI" w:hAnsi="Segoe UI"/>
          <w:b w:val="0"/>
          <w:i w:val="0"/>
          <w:color w:val="334155"/>
          <w:sz w:val="20"/>
        </w:rPr>
        <w:t>Hệ thống tự động ghi nhận: Thời lượng đàm thoại, Trạng thái (Thành công, Bận, Không nhấc máy).</w:t>
      </w:r>
    </w:p>
    <w:p>
      <w:pPr>
        <w:pStyle w:val="ListBullet"/>
        <w:spacing w:after="40" w:line="276" w:lineRule="auto"/>
      </w:pPr>
      <w:r>
        <w:rPr>
          <w:rFonts w:ascii="Segoe UI" w:hAnsi="Segoe UI"/>
          <w:b w:val="0"/>
          <w:i w:val="0"/>
          <w:color w:val="334155"/>
          <w:sz w:val="20"/>
        </w:rPr>
        <w:t>File ghi âm cuộc gọi tự động đính kèm vào timeline, cho phép nhân viên và người quản lý bấm nghe lại trực tiếp hoặc tải file MP3 về máy.</w:t>
      </w:r>
    </w:p>
    <w:p>
      <w:pPr>
        <w:keepNext/>
        <w:spacing w:before="120" w:after="40"/>
      </w:pPr>
      <w:r>
        <w:rPr>
          <w:rFonts w:ascii="Segoe UI" w:hAnsi="Segoe UI"/>
          <w:b/>
          <w:i w:val="0"/>
          <w:color w:val="334155"/>
          <w:sz w:val="20"/>
        </w:rPr>
        <w:t>c. Dòng thời gian tương tác (Activity Timeline)</w:t>
      </w:r>
    </w:p>
    <w:p>
      <w:pPr>
        <w:pStyle w:val="ListBullet"/>
        <w:spacing w:after="40" w:line="276" w:lineRule="auto"/>
      </w:pPr>
      <w:r>
        <w:rPr>
          <w:rFonts w:ascii="Segoe UI" w:hAnsi="Segoe UI"/>
          <w:b w:val="0"/>
          <w:i w:val="0"/>
          <w:color w:val="334155"/>
          <w:sz w:val="20"/>
        </w:rPr>
        <w:t>Dòng thời gian hiển thị theo thứ tự mới nhất ở trên cùng.</w:t>
      </w:r>
    </w:p>
    <w:p>
      <w:pPr>
        <w:pStyle w:val="ListBullet"/>
        <w:spacing w:after="40" w:line="276" w:lineRule="auto"/>
      </w:pPr>
      <w:r>
        <w:rPr>
          <w:rFonts w:ascii="Segoe UI" w:hAnsi="Segoe UI"/>
          <w:b w:val="0"/>
          <w:i w:val="0"/>
          <w:color w:val="334155"/>
          <w:sz w:val="20"/>
        </w:rPr>
        <w:t>Bao gồm toàn bộ lịch sử: Cuộc gọi Callbot, Cuộc gọi Telesale, Ghi chú, Email gửi đi, Lịch hẹn đã họp, Đơn hàng đã tạo và Lịch sử thay đổi thông tin hồ sơ.</w:t>
      </w:r>
    </w:p>
    <w:p>
      <w:pPr>
        <w:pStyle w:val="ListBullet"/>
        <w:spacing w:after="40" w:line="276" w:lineRule="auto"/>
      </w:pPr>
      <w:r>
        <w:rPr>
          <w:rFonts w:ascii="Segoe UI" w:hAnsi="Segoe UI"/>
          <w:b w:val="0"/>
          <w:i w:val="0"/>
          <w:color w:val="334155"/>
          <w:sz w:val="20"/>
        </w:rPr>
        <w:t xml:space="preserve">Sử dụng </w:t>
      </w:r>
      <w:r>
        <w:rPr>
          <w:rFonts w:ascii="Segoe UI" w:hAnsi="Segoe UI"/>
          <w:b/>
          <w:i w:val="0"/>
          <w:color w:val="334155"/>
          <w:sz w:val="20"/>
        </w:rPr>
        <w:t>Bộ lọc dòng thời gian</w:t>
      </w:r>
      <w:r>
        <w:rPr>
          <w:rFonts w:ascii="Segoe UI" w:hAnsi="Segoe UI"/>
          <w:b w:val="0"/>
          <w:i w:val="0"/>
          <w:color w:val="334155"/>
          <w:sz w:val="20"/>
        </w:rPr>
        <w:t xml:space="preserve"> để lọc riêng từng loại tương tác cần xem.</w:t>
      </w:r>
    </w:p>
    <w:p>
      <w:pPr>
        <w:spacing w:after="80"/>
      </w:pPr>
    </w:p>
    <w:p>
      <w:pPr>
        <w:keepNext/>
        <w:spacing w:before="200" w:after="60"/>
      </w:pPr>
      <w:r>
        <w:rPr>
          <w:rFonts w:ascii="Segoe UI" w:hAnsi="Segoe UI"/>
          <w:b/>
          <w:i w:val="0"/>
          <w:color w:val="0F172A"/>
          <w:sz w:val="22"/>
        </w:rPr>
        <w:t>3. Cột Phải: Tạo &amp; Quản lý các Thực thể Liên kết (Related Entities)</w:t>
      </w:r>
    </w:p>
    <w:p>
      <w:pPr>
        <w:spacing w:after="80" w:line="276" w:lineRule="auto"/>
      </w:pPr>
      <w:r>
        <w:rPr>
          <w:rFonts w:ascii="Segoe UI" w:hAnsi="Segoe UI"/>
          <w:b w:val="0"/>
          <w:i w:val="0"/>
          <w:color w:val="1E293B"/>
          <w:sz w:val="20"/>
        </w:rPr>
        <w:t>Phía bên phải là trung tâm kết nối khách hàng với toàn bộ quy trình kinh doanh của doanh nghiệp:</w:t>
      </w:r>
    </w:p>
    <w:p>
      <w:pPr>
        <w:keepNext/>
        <w:spacing w:before="120" w:after="40"/>
      </w:pPr>
      <w:r>
        <w:rPr>
          <w:rFonts w:ascii="Segoe UI" w:hAnsi="Segoe UI"/>
          <w:b/>
          <w:i w:val="0"/>
          <w:color w:val="334155"/>
          <w:sz w:val="20"/>
        </w:rPr>
        <w:t>a. Tạo Công việc (Task)</w:t>
      </w:r>
    </w:p>
    <w:p>
      <w:pPr>
        <w:pStyle w:val="ListBullet"/>
        <w:spacing w:after="40" w:line="276" w:lineRule="auto"/>
      </w:pPr>
      <w:r>
        <w:rPr>
          <w:rFonts w:ascii="Segoe UI" w:hAnsi="Segoe UI"/>
          <w:b/>
          <w:i w:val="0"/>
          <w:color w:val="334155"/>
          <w:sz w:val="20"/>
        </w:rPr>
        <w:t>Ý nghĩa:</w:t>
      </w:r>
      <w:r>
        <w:rPr>
          <w:rFonts w:ascii="Segoe UI" w:hAnsi="Segoe UI"/>
          <w:b w:val="0"/>
          <w:i w:val="0"/>
          <w:color w:val="334155"/>
          <w:sz w:val="20"/>
        </w:rPr>
        <w:t xml:space="preserve"> Giao việc cần xử lý cho bản thân hoặc đồng nghiệp liên quan đến khách hàng này.</w:t>
      </w:r>
    </w:p>
    <w:p>
      <w:pPr>
        <w:pStyle w:val="ListBullet"/>
        <w:spacing w:after="40" w:line="276" w:lineRule="auto"/>
      </w:pPr>
      <w:r>
        <w:rPr>
          <w:rFonts w:ascii="Segoe UI" w:hAnsi="Segoe UI"/>
          <w:b/>
          <w:i w:val="0"/>
          <w:color w:val="334155"/>
          <w:sz w:val="20"/>
        </w:rPr>
        <w:t>Cách tạo:</w:t>
      </w:r>
    </w:p>
    <w:p>
      <w:pPr>
        <w:pStyle w:val="ListNumber"/>
        <w:spacing w:after="40" w:line="276" w:lineRule="auto"/>
      </w:pPr>
      <w:r>
        <w:rPr>
          <w:rFonts w:ascii="Segoe UI" w:hAnsi="Segoe UI"/>
          <w:b w:val="0"/>
          <w:i w:val="0"/>
          <w:color w:val="334155"/>
          <w:sz w:val="20"/>
        </w:rPr>
        <w:t xml:space="preserve">Tại mục </w:t>
      </w:r>
      <w:r>
        <w:rPr>
          <w:rFonts w:ascii="Segoe UI" w:hAnsi="Segoe UI"/>
          <w:b/>
          <w:i w:val="0"/>
          <w:color w:val="334155"/>
          <w:sz w:val="20"/>
        </w:rPr>
        <w:t>Công việc</w:t>
      </w:r>
      <w:r>
        <w:rPr>
          <w:rFonts w:ascii="Segoe UI" w:hAnsi="Segoe UI"/>
          <w:b w:val="0"/>
          <w:i w:val="0"/>
          <w:color w:val="334155"/>
          <w:sz w:val="20"/>
        </w:rPr>
        <w:t xml:space="preserve">, bấm nút </w:t>
      </w:r>
      <w:r>
        <w:rPr>
          <w:rFonts w:ascii="Segoe UI" w:hAnsi="Segoe UI"/>
          <w:b/>
          <w:i w:val="0"/>
          <w:color w:val="334155"/>
          <w:sz w:val="20"/>
        </w:rPr>
        <w:t>`+` Thêm</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Điền các thông tin:</w:t>
      </w:r>
    </w:p>
    <w:p>
      <w:pPr>
        <w:pStyle w:val="ListBullet"/>
        <w:spacing w:after="40" w:line="276" w:lineRule="auto"/>
      </w:pPr>
      <w:r>
        <w:rPr>
          <w:rFonts w:ascii="Segoe UI" w:hAnsi="Segoe UI"/>
          <w:b/>
          <w:i w:val="0"/>
          <w:color w:val="334155"/>
          <w:sz w:val="20"/>
        </w:rPr>
        <w:t>Tiêu đề công việc:</w:t>
      </w:r>
      <w:r>
        <w:rPr>
          <w:rFonts w:ascii="Segoe UI" w:hAnsi="Segoe UI"/>
          <w:b w:val="0"/>
          <w:i w:val="0"/>
          <w:color w:val="334155"/>
          <w:sz w:val="20"/>
        </w:rPr>
        <w:t xml:space="preserve"> Mô tả việc cần làm (Ví dụ: </w:t>
      </w:r>
      <w:r>
        <w:rPr>
          <w:rFonts w:ascii="Segoe UI" w:hAnsi="Segoe UI"/>
          <w:b w:val="0"/>
          <w:i/>
          <w:color w:val="334155"/>
          <w:sz w:val="20"/>
        </w:rPr>
        <w:t>"Gửi lại bảng báo giá chiết khấu 10%"</w:t>
      </w:r>
      <w:r>
        <w:rPr>
          <w:rFonts w:ascii="Segoe UI" w:hAnsi="Segoe UI"/>
          <w:b w:val="0"/>
          <w:i w:val="0"/>
          <w:color w:val="334155"/>
          <w:sz w:val="20"/>
        </w:rPr>
        <w:t xml:space="preserve">, </w:t>
      </w:r>
      <w:r>
        <w:rPr>
          <w:rFonts w:ascii="Segoe UI" w:hAnsi="Segoe UI"/>
          <w:b w:val="0"/>
          <w:i/>
          <w:color w:val="334155"/>
          <w:sz w:val="20"/>
        </w:rPr>
        <w:t>"Gọi điện chốt hợp đồng"</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Hạn hoàn thành (Deadline):</w:t>
      </w:r>
      <w:r>
        <w:rPr>
          <w:rFonts w:ascii="Segoe UI" w:hAnsi="Segoe UI"/>
          <w:b w:val="0"/>
          <w:i w:val="0"/>
          <w:color w:val="334155"/>
          <w:sz w:val="20"/>
        </w:rPr>
        <w:t xml:space="preserve"> Ngày và giờ phải hoàn tất.</w:t>
      </w:r>
    </w:p>
    <w:p>
      <w:pPr>
        <w:pStyle w:val="ListBullet"/>
        <w:spacing w:after="40" w:line="276" w:lineRule="auto"/>
      </w:pPr>
      <w:r>
        <w:rPr>
          <w:rFonts w:ascii="Segoe UI" w:hAnsi="Segoe UI"/>
          <w:b/>
          <w:i w:val="0"/>
          <w:color w:val="334155"/>
          <w:sz w:val="20"/>
        </w:rPr>
        <w:t>Mức độ ưu tiên:</w:t>
      </w:r>
      <w:r>
        <w:rPr>
          <w:rFonts w:ascii="Segoe UI" w:hAnsi="Segoe UI"/>
          <w:b w:val="0"/>
          <w:i w:val="0"/>
          <w:color w:val="334155"/>
          <w:sz w:val="20"/>
        </w:rPr>
        <w:t xml:space="preserve"> Thấp, Trung bình, Cao, Khẩn cấp.</w:t>
      </w:r>
    </w:p>
    <w:p>
      <w:pPr>
        <w:pStyle w:val="ListBullet"/>
        <w:spacing w:after="40" w:line="276" w:lineRule="auto"/>
      </w:pPr>
      <w:r>
        <w:rPr>
          <w:rFonts w:ascii="Segoe UI" w:hAnsi="Segoe UI"/>
          <w:b/>
          <w:i w:val="0"/>
          <w:color w:val="334155"/>
          <w:sz w:val="20"/>
        </w:rPr>
        <w:t>Người thực hiện:</w:t>
      </w:r>
      <w:r>
        <w:rPr>
          <w:rFonts w:ascii="Segoe UI" w:hAnsi="Segoe UI"/>
          <w:b w:val="0"/>
          <w:i w:val="0"/>
          <w:color w:val="334155"/>
          <w:sz w:val="20"/>
        </w:rPr>
        <w:t xml:space="preserve"> Chọn nhân sự chịu trách nhiệm.</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w:t>
      </w:r>
      <w:r>
        <w:rPr>
          <w:rFonts w:ascii="Segoe UI" w:hAnsi="Segoe UI"/>
          <w:b w:val="0"/>
          <w:i w:val="0"/>
          <w:color w:val="334155"/>
          <w:sz w:val="20"/>
        </w:rPr>
        <w:t>. Khi hoàn thành việc, nhân viên chỉ cần tích vào ô tròn để đánh dấu xong.</w:t>
      </w:r>
    </w:p>
    <w:p>
      <w:pPr>
        <w:keepNext/>
        <w:spacing w:before="120" w:after="40"/>
      </w:pPr>
      <w:r>
        <w:rPr>
          <w:rFonts w:ascii="Segoe UI" w:hAnsi="Segoe UI"/>
          <w:b/>
          <w:i w:val="0"/>
          <w:color w:val="334155"/>
          <w:sz w:val="20"/>
        </w:rPr>
        <w:t>b. Tạo Lịch hẹn (Appointment)</w:t>
      </w:r>
    </w:p>
    <w:p>
      <w:pPr>
        <w:pStyle w:val="ListBullet"/>
        <w:spacing w:after="40" w:line="276" w:lineRule="auto"/>
      </w:pPr>
      <w:r>
        <w:rPr>
          <w:rFonts w:ascii="Segoe UI" w:hAnsi="Segoe UI"/>
          <w:b/>
          <w:i w:val="0"/>
          <w:color w:val="334155"/>
          <w:sz w:val="20"/>
        </w:rPr>
        <w:t>Ý nghĩa:</w:t>
      </w:r>
      <w:r>
        <w:rPr>
          <w:rFonts w:ascii="Segoe UI" w:hAnsi="Segoe UI"/>
          <w:b w:val="0"/>
          <w:i w:val="0"/>
          <w:color w:val="334155"/>
          <w:sz w:val="20"/>
        </w:rPr>
        <w:t xml:space="preserve"> Thiết lập cuộc gặp mặt trực tiếp hoặc họp online với khách hàng.</w:t>
      </w:r>
    </w:p>
    <w:p>
      <w:pPr>
        <w:pStyle w:val="ListBullet"/>
        <w:spacing w:after="40" w:line="276" w:lineRule="auto"/>
      </w:pPr>
      <w:r>
        <w:rPr>
          <w:rFonts w:ascii="Segoe UI" w:hAnsi="Segoe UI"/>
          <w:b/>
          <w:i w:val="0"/>
          <w:color w:val="334155"/>
          <w:sz w:val="20"/>
        </w:rPr>
        <w:t>Cách tạo:</w:t>
      </w:r>
    </w:p>
    <w:p>
      <w:pPr>
        <w:pStyle w:val="ListNumber"/>
        <w:spacing w:after="40" w:line="276" w:lineRule="auto"/>
      </w:pPr>
      <w:r>
        <w:rPr>
          <w:rFonts w:ascii="Segoe UI" w:hAnsi="Segoe UI"/>
          <w:b w:val="0"/>
          <w:i w:val="0"/>
          <w:color w:val="334155"/>
          <w:sz w:val="20"/>
        </w:rPr>
        <w:t xml:space="preserve">Tại mục </w:t>
      </w:r>
      <w:r>
        <w:rPr>
          <w:rFonts w:ascii="Segoe UI" w:hAnsi="Segoe UI"/>
          <w:b/>
          <w:i w:val="0"/>
          <w:color w:val="334155"/>
          <w:sz w:val="20"/>
        </w:rPr>
        <w:t>Lịch hẹn</w:t>
      </w:r>
      <w:r>
        <w:rPr>
          <w:rFonts w:ascii="Segoe UI" w:hAnsi="Segoe UI"/>
          <w:b w:val="0"/>
          <w:i w:val="0"/>
          <w:color w:val="334155"/>
          <w:sz w:val="20"/>
        </w:rPr>
        <w:t xml:space="preserve">, bấm nút </w:t>
      </w:r>
      <w:r>
        <w:rPr>
          <w:rFonts w:ascii="Segoe UI" w:hAnsi="Segoe UI"/>
          <w:b/>
          <w:i w:val="0"/>
          <w:color w:val="334155"/>
          <w:sz w:val="20"/>
        </w:rPr>
        <w:t>`+` Thêm</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Điền các thông tin:</w:t>
      </w:r>
    </w:p>
    <w:p>
      <w:pPr>
        <w:pStyle w:val="ListBullet"/>
        <w:spacing w:after="40" w:line="276" w:lineRule="auto"/>
      </w:pPr>
      <w:r>
        <w:rPr>
          <w:rFonts w:ascii="Segoe UI" w:hAnsi="Segoe UI"/>
          <w:b/>
          <w:i w:val="0"/>
          <w:color w:val="334155"/>
          <w:sz w:val="20"/>
        </w:rPr>
        <w:t>Tiêu đề cuộc hẹn:</w:t>
      </w:r>
      <w:r>
        <w:rPr>
          <w:rFonts w:ascii="Segoe UI" w:hAnsi="Segoe UI"/>
          <w:b w:val="0"/>
          <w:i w:val="0"/>
          <w:color w:val="334155"/>
          <w:sz w:val="20"/>
        </w:rPr>
        <w:t xml:space="preserve"> Chủ đề buổi làm việc (Ví dụ: </w:t>
      </w:r>
      <w:r>
        <w:rPr>
          <w:rFonts w:ascii="Segoe UI" w:hAnsi="Segoe UI"/>
          <w:b w:val="0"/>
          <w:i/>
          <w:color w:val="334155"/>
          <w:sz w:val="20"/>
        </w:rPr>
        <w:t>"Demo tính năng Callbot AI"</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Thời gian:</w:t>
      </w:r>
      <w:r>
        <w:rPr>
          <w:rFonts w:ascii="Segoe UI" w:hAnsi="Segoe UI"/>
          <w:b w:val="0"/>
          <w:i w:val="0"/>
          <w:color w:val="334155"/>
          <w:sz w:val="20"/>
        </w:rPr>
        <w:t xml:space="preserve"> Giờ bắt đầu và Giờ kết thúc.</w:t>
      </w:r>
    </w:p>
    <w:p>
      <w:pPr>
        <w:pStyle w:val="ListBullet"/>
        <w:spacing w:after="40" w:line="276" w:lineRule="auto"/>
      </w:pPr>
      <w:r>
        <w:rPr>
          <w:rFonts w:ascii="Segoe UI" w:hAnsi="Segoe UI"/>
          <w:b/>
          <w:i w:val="0"/>
          <w:color w:val="334155"/>
          <w:sz w:val="20"/>
        </w:rPr>
        <w:t>Địa điểm:</w:t>
      </w:r>
      <w:r>
        <w:rPr>
          <w:rFonts w:ascii="Segoe UI" w:hAnsi="Segoe UI"/>
          <w:b w:val="0"/>
          <w:i w:val="0"/>
          <w:color w:val="334155"/>
          <w:sz w:val="20"/>
        </w:rPr>
        <w:t xml:space="preserve"> Địa chỉ gặp mặt trực tiếp hoặc đường link họp online (Google Meet, Zoom).</w:t>
      </w:r>
    </w:p>
    <w:p>
      <w:pPr>
        <w:pStyle w:val="ListBullet"/>
        <w:spacing w:after="40" w:line="276" w:lineRule="auto"/>
      </w:pPr>
      <w:r>
        <w:rPr>
          <w:rFonts w:ascii="Segoe UI" w:hAnsi="Segoe UI"/>
          <w:b/>
          <w:i w:val="0"/>
          <w:color w:val="334155"/>
          <w:sz w:val="20"/>
        </w:rPr>
        <w:t>Thành viên tham gia:</w:t>
      </w:r>
      <w:r>
        <w:rPr>
          <w:rFonts w:ascii="Segoe UI" w:hAnsi="Segoe UI"/>
          <w:b w:val="0"/>
          <w:i w:val="0"/>
          <w:color w:val="334155"/>
          <w:sz w:val="20"/>
        </w:rPr>
        <w:t xml:space="preserve"> Chọn các nhân sự nội bộ cùng tham dự.</w:t>
      </w:r>
    </w:p>
    <w:p>
      <w:pPr>
        <w:pStyle w:val="ListBullet"/>
        <w:spacing w:after="40" w:line="276" w:lineRule="auto"/>
      </w:pPr>
      <w:r>
        <w:rPr>
          <w:rFonts w:ascii="Segoe UI" w:hAnsi="Segoe UI"/>
          <w:b/>
          <w:i w:val="0"/>
          <w:color w:val="334155"/>
          <w:sz w:val="20"/>
        </w:rPr>
        <w:t>Nhắc hẹn:</w:t>
      </w:r>
      <w:r>
        <w:rPr>
          <w:rFonts w:ascii="Segoe UI" w:hAnsi="Segoe UI"/>
          <w:b w:val="0"/>
          <w:i w:val="0"/>
          <w:color w:val="334155"/>
          <w:sz w:val="20"/>
        </w:rPr>
        <w:t xml:space="preserve"> Cài đặt thông báo trước 15 phút, 1 tiếng hoặc 1 ngày.</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w:t>
      </w:r>
      <w:r>
        <w:rPr>
          <w:rFonts w:ascii="Segoe UI" w:hAnsi="Segoe UI"/>
          <w:b w:val="0"/>
          <w:i w:val="0"/>
          <w:color w:val="334155"/>
          <w:sz w:val="20"/>
        </w:rPr>
        <w:t>. Cuộc hẹn sẽ tự động đồng bộ lên Lịch làm việc (Calendar).</w:t>
      </w:r>
    </w:p>
    <w:p>
      <w:pPr>
        <w:keepNext/>
        <w:spacing w:before="120" w:after="40"/>
      </w:pPr>
      <w:r>
        <w:rPr>
          <w:rFonts w:ascii="Segoe UI" w:hAnsi="Segoe UI"/>
          <w:b/>
          <w:i w:val="0"/>
          <w:color w:val="334155"/>
          <w:sz w:val="20"/>
        </w:rPr>
        <w:t>c. Tạo Đơn hàng (Order)</w:t>
      </w:r>
    </w:p>
    <w:p>
      <w:pPr>
        <w:pStyle w:val="ListBullet"/>
        <w:spacing w:after="40" w:line="276" w:lineRule="auto"/>
      </w:pPr>
      <w:r>
        <w:rPr>
          <w:rFonts w:ascii="Segoe UI" w:hAnsi="Segoe UI"/>
          <w:b/>
          <w:i w:val="0"/>
          <w:color w:val="334155"/>
          <w:sz w:val="20"/>
        </w:rPr>
        <w:t>Ý nghĩa:</w:t>
      </w:r>
      <w:r>
        <w:rPr>
          <w:rFonts w:ascii="Segoe UI" w:hAnsi="Segoe UI"/>
          <w:b w:val="0"/>
          <w:i w:val="0"/>
          <w:color w:val="334155"/>
          <w:sz w:val="20"/>
        </w:rPr>
        <w:t xml:space="preserve"> Khởi tạo đơn mua sản phẩm/dịch vụ trực tiếp từ hồ sơ khách hàng.</w:t>
      </w:r>
    </w:p>
    <w:p>
      <w:pPr>
        <w:pStyle w:val="ListBullet"/>
        <w:spacing w:after="40" w:line="276" w:lineRule="auto"/>
      </w:pPr>
      <w:r>
        <w:rPr>
          <w:rFonts w:ascii="Segoe UI" w:hAnsi="Segoe UI"/>
          <w:b/>
          <w:i w:val="0"/>
          <w:color w:val="334155"/>
          <w:sz w:val="20"/>
        </w:rPr>
        <w:t>Cách tạo:</w:t>
      </w:r>
    </w:p>
    <w:p>
      <w:pPr>
        <w:pStyle w:val="ListNumber"/>
        <w:spacing w:after="40" w:line="276" w:lineRule="auto"/>
      </w:pPr>
      <w:r>
        <w:rPr>
          <w:rFonts w:ascii="Segoe UI" w:hAnsi="Segoe UI"/>
          <w:b w:val="0"/>
          <w:i w:val="0"/>
          <w:color w:val="334155"/>
          <w:sz w:val="20"/>
        </w:rPr>
        <w:t xml:space="preserve">Tại mục </w:t>
      </w:r>
      <w:r>
        <w:rPr>
          <w:rFonts w:ascii="Segoe UI" w:hAnsi="Segoe UI"/>
          <w:b/>
          <w:i w:val="0"/>
          <w:color w:val="334155"/>
          <w:sz w:val="20"/>
        </w:rPr>
        <w:t>Đơn hàng</w:t>
      </w:r>
      <w:r>
        <w:rPr>
          <w:rFonts w:ascii="Segoe UI" w:hAnsi="Segoe UI"/>
          <w:b w:val="0"/>
          <w:i w:val="0"/>
          <w:color w:val="334155"/>
          <w:sz w:val="20"/>
        </w:rPr>
        <w:t xml:space="preserve">, bấm nút </w:t>
      </w:r>
      <w:r>
        <w:rPr>
          <w:rFonts w:ascii="Segoe UI" w:hAnsi="Segoe UI"/>
          <w:b/>
          <w:i w:val="0"/>
          <w:color w:val="334155"/>
          <w:sz w:val="20"/>
        </w:rPr>
        <w:t>`+` Thêm</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Điền các thông tin:</w:t>
      </w:r>
    </w:p>
    <w:p>
      <w:pPr>
        <w:pStyle w:val="ListBullet"/>
        <w:spacing w:after="40" w:line="276" w:lineRule="auto"/>
      </w:pPr>
      <w:r>
        <w:rPr>
          <w:rFonts w:ascii="Segoe UI" w:hAnsi="Segoe UI"/>
          <w:b/>
          <w:i w:val="0"/>
          <w:color w:val="334155"/>
          <w:sz w:val="20"/>
        </w:rPr>
        <w:t>Sản phẩm:</w:t>
      </w:r>
      <w:r>
        <w:rPr>
          <w:rFonts w:ascii="Segoe UI" w:hAnsi="Segoe UI"/>
          <w:b w:val="0"/>
          <w:i w:val="0"/>
          <w:color w:val="334155"/>
          <w:sz w:val="20"/>
        </w:rPr>
        <w:t xml:space="preserve"> Chọn sản phẩm có sẵn trong danh mục Kho hàng, nhập số lượng và đơn giá.</w:t>
      </w:r>
    </w:p>
    <w:p>
      <w:pPr>
        <w:pStyle w:val="ListBullet"/>
        <w:spacing w:after="40" w:line="276" w:lineRule="auto"/>
      </w:pPr>
      <w:r>
        <w:rPr>
          <w:rFonts w:ascii="Segoe UI" w:hAnsi="Segoe UI"/>
          <w:b/>
          <w:i w:val="0"/>
          <w:color w:val="334155"/>
          <w:sz w:val="20"/>
        </w:rPr>
        <w:t>Chiết khấu:</w:t>
      </w:r>
      <w:r>
        <w:rPr>
          <w:rFonts w:ascii="Segoe UI" w:hAnsi="Segoe UI"/>
          <w:b w:val="0"/>
          <w:i w:val="0"/>
          <w:color w:val="334155"/>
          <w:sz w:val="20"/>
        </w:rPr>
        <w:t xml:space="preserve"> Nhập số tiền hoặc tỷ lệ % giảm giá.</w:t>
      </w:r>
    </w:p>
    <w:p>
      <w:pPr>
        <w:pStyle w:val="ListBullet"/>
        <w:spacing w:after="40" w:line="276" w:lineRule="auto"/>
      </w:pPr>
      <w:r>
        <w:rPr>
          <w:rFonts w:ascii="Segoe UI" w:hAnsi="Segoe UI"/>
          <w:b/>
          <w:i w:val="0"/>
          <w:color w:val="334155"/>
          <w:sz w:val="20"/>
        </w:rPr>
        <w:t>Phương thức thanh toán:</w:t>
      </w:r>
      <w:r>
        <w:rPr>
          <w:rFonts w:ascii="Segoe UI" w:hAnsi="Segoe UI"/>
          <w:b w:val="0"/>
          <w:i w:val="0"/>
          <w:color w:val="334155"/>
          <w:sz w:val="20"/>
        </w:rPr>
        <w:t xml:space="preserve"> Chuyển khoản, Tiền mặt, COD.</w:t>
      </w:r>
    </w:p>
    <w:p>
      <w:pPr>
        <w:pStyle w:val="ListBullet"/>
        <w:spacing w:after="40" w:line="276" w:lineRule="auto"/>
      </w:pPr>
      <w:r>
        <w:rPr>
          <w:rFonts w:ascii="Segoe UI" w:hAnsi="Segoe UI"/>
          <w:b/>
          <w:i w:val="0"/>
          <w:color w:val="334155"/>
          <w:sz w:val="20"/>
        </w:rPr>
        <w:t>Trạng thái:</w:t>
      </w:r>
      <w:r>
        <w:rPr>
          <w:rFonts w:ascii="Segoe UI" w:hAnsi="Segoe UI"/>
          <w:b w:val="0"/>
          <w:i w:val="0"/>
          <w:color w:val="334155"/>
          <w:sz w:val="20"/>
        </w:rPr>
        <w:t xml:space="preserve"> Đơn mới, Đang xử lý, Đang giao, Đã hoàn thành.</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Tạo đơn hàng</w:t>
      </w:r>
      <w:r>
        <w:rPr>
          <w:rFonts w:ascii="Segoe UI" w:hAnsi="Segoe UI"/>
          <w:b w:val="0"/>
          <w:i w:val="0"/>
          <w:color w:val="334155"/>
          <w:sz w:val="20"/>
        </w:rPr>
        <w:t>. Đơn hàng sẽ liên kết với khách hàng và hiển thị trong module Bán hàng.</w:t>
      </w:r>
    </w:p>
    <w:p>
      <w:pPr>
        <w:keepNext/>
        <w:spacing w:before="120" w:after="40"/>
      </w:pPr>
      <w:r>
        <w:rPr>
          <w:rFonts w:ascii="Segoe UI" w:hAnsi="Segoe UI"/>
          <w:b/>
          <w:i w:val="0"/>
          <w:color w:val="334155"/>
          <w:sz w:val="20"/>
        </w:rPr>
        <w:t>d. Tạo Cơ hội Bán hàng (Deal / Opportunity)</w:t>
      </w:r>
    </w:p>
    <w:p>
      <w:pPr>
        <w:pStyle w:val="ListBullet"/>
        <w:spacing w:after="40" w:line="276" w:lineRule="auto"/>
      </w:pPr>
      <w:r>
        <w:rPr>
          <w:rFonts w:ascii="Segoe UI" w:hAnsi="Segoe UI"/>
          <w:b/>
          <w:i w:val="0"/>
          <w:color w:val="334155"/>
          <w:sz w:val="20"/>
        </w:rPr>
        <w:t>Ý nghĩa:</w:t>
      </w:r>
      <w:r>
        <w:rPr>
          <w:rFonts w:ascii="Segoe UI" w:hAnsi="Segoe UI"/>
          <w:b w:val="0"/>
          <w:i w:val="0"/>
          <w:color w:val="334155"/>
          <w:sz w:val="20"/>
        </w:rPr>
        <w:t xml:space="preserve"> Quản lý thương vụ bán hàng theo các giai đoạn trong quy trình bán hàng (Sales Pipeline).</w:t>
      </w:r>
    </w:p>
    <w:p>
      <w:pPr>
        <w:pStyle w:val="ListBullet"/>
        <w:spacing w:after="40" w:line="276" w:lineRule="auto"/>
      </w:pPr>
      <w:r>
        <w:rPr>
          <w:rFonts w:ascii="Segoe UI" w:hAnsi="Segoe UI"/>
          <w:b/>
          <w:i w:val="0"/>
          <w:color w:val="334155"/>
          <w:sz w:val="20"/>
        </w:rPr>
        <w:t>Cách tạo:</w:t>
      </w:r>
    </w:p>
    <w:p>
      <w:pPr>
        <w:pStyle w:val="ListNumber"/>
        <w:spacing w:after="40" w:line="276" w:lineRule="auto"/>
      </w:pPr>
      <w:r>
        <w:rPr>
          <w:rFonts w:ascii="Segoe UI" w:hAnsi="Segoe UI"/>
          <w:b w:val="0"/>
          <w:i w:val="0"/>
          <w:color w:val="334155"/>
          <w:sz w:val="20"/>
        </w:rPr>
        <w:t xml:space="preserve">Tại mục </w:t>
      </w:r>
      <w:r>
        <w:rPr>
          <w:rFonts w:ascii="Segoe UI" w:hAnsi="Segoe UI"/>
          <w:b/>
          <w:i w:val="0"/>
          <w:color w:val="334155"/>
          <w:sz w:val="20"/>
        </w:rPr>
        <w:t>Cơ hội</w:t>
      </w:r>
      <w:r>
        <w:rPr>
          <w:rFonts w:ascii="Segoe UI" w:hAnsi="Segoe UI"/>
          <w:b w:val="0"/>
          <w:i w:val="0"/>
          <w:color w:val="334155"/>
          <w:sz w:val="20"/>
        </w:rPr>
        <w:t xml:space="preserve">, bấm nút </w:t>
      </w:r>
      <w:r>
        <w:rPr>
          <w:rFonts w:ascii="Segoe UI" w:hAnsi="Segoe UI"/>
          <w:b/>
          <w:i w:val="0"/>
          <w:color w:val="334155"/>
          <w:sz w:val="20"/>
        </w:rPr>
        <w:t>`+` Thêm</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Điền các thông tin:</w:t>
      </w:r>
    </w:p>
    <w:p>
      <w:pPr>
        <w:pStyle w:val="ListBullet"/>
        <w:spacing w:after="40" w:line="276" w:lineRule="auto"/>
      </w:pPr>
      <w:r>
        <w:rPr>
          <w:rFonts w:ascii="Segoe UI" w:hAnsi="Segoe UI"/>
          <w:b/>
          <w:i w:val="0"/>
          <w:color w:val="334155"/>
          <w:sz w:val="20"/>
        </w:rPr>
        <w:t>Tên cơ hội:</w:t>
      </w:r>
      <w:r>
        <w:rPr>
          <w:rFonts w:ascii="Segoe UI" w:hAnsi="Segoe UI"/>
          <w:b w:val="0"/>
          <w:i w:val="0"/>
          <w:color w:val="334155"/>
          <w:sz w:val="20"/>
        </w:rPr>
        <w:t xml:space="preserve"> Tên gói thầu / thương vụ (Ví dụ: </w:t>
      </w:r>
      <w:r>
        <w:rPr>
          <w:rFonts w:ascii="Segoe UI" w:hAnsi="Segoe UI"/>
          <w:b w:val="0"/>
          <w:i/>
          <w:color w:val="334155"/>
          <w:sz w:val="20"/>
        </w:rPr>
        <w:t>"Dự án triển khai Callbot cho Ngân hàng A"</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Quy trình bán hàng (Pipeline):</w:t>
      </w:r>
      <w:r>
        <w:rPr>
          <w:rFonts w:ascii="Segoe UI" w:hAnsi="Segoe UI"/>
          <w:b w:val="0"/>
          <w:i w:val="0"/>
          <w:color w:val="334155"/>
          <w:sz w:val="20"/>
        </w:rPr>
        <w:t xml:space="preserve"> Chọn phễu bán hàng tương ứng.</w:t>
      </w:r>
    </w:p>
    <w:p>
      <w:pPr>
        <w:pStyle w:val="ListBullet"/>
        <w:spacing w:after="40" w:line="276" w:lineRule="auto"/>
      </w:pPr>
      <w:r>
        <w:rPr>
          <w:rFonts w:ascii="Segoe UI" w:hAnsi="Segoe UI"/>
          <w:b/>
          <w:i w:val="0"/>
          <w:color w:val="334155"/>
          <w:sz w:val="20"/>
        </w:rPr>
        <w:t>Giai đoạn hiện tại:</w:t>
      </w:r>
      <w:r>
        <w:rPr>
          <w:rFonts w:ascii="Segoe UI" w:hAnsi="Segoe UI"/>
          <w:b w:val="0"/>
          <w:i w:val="0"/>
          <w:color w:val="334155"/>
          <w:sz w:val="20"/>
        </w:rPr>
        <w:t xml:space="preserve"> Tiếp cận, Đánh giá nhu cầu, Báo giá, Đàm phán, Ký hợp đồng.</w:t>
      </w:r>
    </w:p>
    <w:p>
      <w:pPr>
        <w:pStyle w:val="ListBullet"/>
        <w:spacing w:after="40" w:line="276" w:lineRule="auto"/>
      </w:pPr>
      <w:r>
        <w:rPr>
          <w:rFonts w:ascii="Segoe UI" w:hAnsi="Segoe UI"/>
          <w:b/>
          <w:i w:val="0"/>
          <w:color w:val="334155"/>
          <w:sz w:val="20"/>
        </w:rPr>
        <w:t>Giá trị cơ hội (VND):</w:t>
      </w:r>
      <w:r>
        <w:rPr>
          <w:rFonts w:ascii="Segoe UI" w:hAnsi="Segoe UI"/>
          <w:b w:val="0"/>
          <w:i w:val="0"/>
          <w:color w:val="334155"/>
          <w:sz w:val="20"/>
        </w:rPr>
        <w:t xml:space="preserve"> Doanh số kỳ vọng.</w:t>
      </w:r>
    </w:p>
    <w:p>
      <w:pPr>
        <w:pStyle w:val="ListBullet"/>
        <w:spacing w:after="40" w:line="276" w:lineRule="auto"/>
      </w:pPr>
      <w:r>
        <w:rPr>
          <w:rFonts w:ascii="Segoe UI" w:hAnsi="Segoe UI"/>
          <w:b/>
          <w:i w:val="0"/>
          <w:color w:val="334155"/>
          <w:sz w:val="20"/>
        </w:rPr>
        <w:t>Ngày kỳ vọng chốt:</w:t>
      </w:r>
      <w:r>
        <w:rPr>
          <w:rFonts w:ascii="Segoe UI" w:hAnsi="Segoe UI"/>
          <w:b w:val="0"/>
          <w:i w:val="0"/>
          <w:color w:val="334155"/>
          <w:sz w:val="20"/>
        </w:rPr>
        <w:t xml:space="preserve"> Ngày dự kiến khách hàng thanh toán/ký kết.</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w:t>
      </w:r>
      <w:r>
        <w:rPr>
          <w:rFonts w:ascii="Segoe UI" w:hAnsi="Segoe UI"/>
          <w:b w:val="0"/>
          <w:i w:val="0"/>
          <w:color w:val="334155"/>
          <w:sz w:val="20"/>
        </w:rPr>
        <w:t>. Cơ hội sẽ hiển thị trên bảng Kanban bán hàng.</w:t>
      </w:r>
    </w:p>
    <w:p>
      <w:pPr>
        <w:keepNext/>
        <w:spacing w:before="120" w:after="40"/>
      </w:pPr>
      <w:r>
        <w:rPr>
          <w:rFonts w:ascii="Segoe UI" w:hAnsi="Segoe UI"/>
          <w:b/>
          <w:i w:val="0"/>
          <w:color w:val="334155"/>
          <w:sz w:val="20"/>
        </w:rPr>
        <w:t>e. Tạo Phiếu ghi Hỗ trợ (Ticket)</w:t>
      </w:r>
    </w:p>
    <w:p>
      <w:pPr>
        <w:pStyle w:val="ListBullet"/>
        <w:spacing w:after="40" w:line="276" w:lineRule="auto"/>
      </w:pPr>
      <w:r>
        <w:rPr>
          <w:rFonts w:ascii="Segoe UI" w:hAnsi="Segoe UI"/>
          <w:b/>
          <w:i w:val="0"/>
          <w:color w:val="334155"/>
          <w:sz w:val="20"/>
        </w:rPr>
        <w:t>Ý nghĩa:</w:t>
      </w:r>
      <w:r>
        <w:rPr>
          <w:rFonts w:ascii="Segoe UI" w:hAnsi="Segoe UI"/>
          <w:b w:val="0"/>
          <w:i w:val="0"/>
          <w:color w:val="334155"/>
          <w:sz w:val="20"/>
        </w:rPr>
        <w:t xml:space="preserve"> Tiếp nhận yêu cầu kỹ thuật, bảo hành hoặc khiếu nại dịch vụ từ khách hàng.</w:t>
      </w:r>
    </w:p>
    <w:p>
      <w:pPr>
        <w:pStyle w:val="ListBullet"/>
        <w:spacing w:after="40" w:line="276" w:lineRule="auto"/>
      </w:pPr>
      <w:r>
        <w:rPr>
          <w:rFonts w:ascii="Segoe UI" w:hAnsi="Segoe UI"/>
          <w:b/>
          <w:i w:val="0"/>
          <w:color w:val="334155"/>
          <w:sz w:val="20"/>
        </w:rPr>
        <w:t>Cách tạo:</w:t>
      </w:r>
    </w:p>
    <w:p>
      <w:pPr>
        <w:pStyle w:val="ListNumber"/>
        <w:spacing w:after="40" w:line="276" w:lineRule="auto"/>
      </w:pPr>
      <w:r>
        <w:rPr>
          <w:rFonts w:ascii="Segoe UI" w:hAnsi="Segoe UI"/>
          <w:b w:val="0"/>
          <w:i w:val="0"/>
          <w:color w:val="334155"/>
          <w:sz w:val="20"/>
        </w:rPr>
        <w:t xml:space="preserve">Tại mục </w:t>
      </w:r>
      <w:r>
        <w:rPr>
          <w:rFonts w:ascii="Segoe UI" w:hAnsi="Segoe UI"/>
          <w:b/>
          <w:i w:val="0"/>
          <w:color w:val="334155"/>
          <w:sz w:val="20"/>
        </w:rPr>
        <w:t>Phiếu ghi</w:t>
      </w:r>
      <w:r>
        <w:rPr>
          <w:rFonts w:ascii="Segoe UI" w:hAnsi="Segoe UI"/>
          <w:b w:val="0"/>
          <w:i w:val="0"/>
          <w:color w:val="334155"/>
          <w:sz w:val="20"/>
        </w:rPr>
        <w:t xml:space="preserve">, bấm nút </w:t>
      </w:r>
      <w:r>
        <w:rPr>
          <w:rFonts w:ascii="Segoe UI" w:hAnsi="Segoe UI"/>
          <w:b/>
          <w:i w:val="0"/>
          <w:color w:val="334155"/>
          <w:sz w:val="20"/>
        </w:rPr>
        <w:t>`+` Thêm</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Điền các thông tin:</w:t>
      </w:r>
    </w:p>
    <w:p>
      <w:pPr>
        <w:pStyle w:val="ListBullet"/>
        <w:spacing w:after="40" w:line="276" w:lineRule="auto"/>
      </w:pPr>
      <w:r>
        <w:rPr>
          <w:rFonts w:ascii="Segoe UI" w:hAnsi="Segoe UI"/>
          <w:b/>
          <w:i w:val="0"/>
          <w:color w:val="334155"/>
          <w:sz w:val="20"/>
        </w:rPr>
        <w:t>Tiêu đề phiếu ghi:</w:t>
      </w:r>
      <w:r>
        <w:rPr>
          <w:rFonts w:ascii="Segoe UI" w:hAnsi="Segoe UI"/>
          <w:b w:val="0"/>
          <w:i w:val="0"/>
          <w:color w:val="334155"/>
          <w:sz w:val="20"/>
        </w:rPr>
        <w:t xml:space="preserve"> Tóm tắt sự cố (Ví dụ: </w:t>
      </w:r>
      <w:r>
        <w:rPr>
          <w:rFonts w:ascii="Segoe UI" w:hAnsi="Segoe UI"/>
          <w:b w:val="0"/>
          <w:i/>
          <w:color w:val="334155"/>
          <w:sz w:val="20"/>
        </w:rPr>
        <w:t>"Lỗi không kết nối được đầu số tổng đài"</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Phân loại:</w:t>
      </w:r>
      <w:r>
        <w:rPr>
          <w:rFonts w:ascii="Segoe UI" w:hAnsi="Segoe UI"/>
          <w:b w:val="0"/>
          <w:i w:val="0"/>
          <w:color w:val="334155"/>
          <w:sz w:val="20"/>
        </w:rPr>
        <w:t xml:space="preserve"> Khiếu nại, Lỗi kỹ thuật, Yêu cầu nâng cấp, Hướng dẫn sử dụng.</w:t>
      </w:r>
    </w:p>
    <w:p>
      <w:pPr>
        <w:pStyle w:val="ListBullet"/>
        <w:spacing w:after="40" w:line="276" w:lineRule="auto"/>
      </w:pPr>
      <w:r>
        <w:rPr>
          <w:rFonts w:ascii="Segoe UI" w:hAnsi="Segoe UI"/>
          <w:b/>
          <w:i w:val="0"/>
          <w:color w:val="334155"/>
          <w:sz w:val="20"/>
        </w:rPr>
        <w:t>Mức độ khẩn cấp (SLA):</w:t>
      </w:r>
      <w:r>
        <w:rPr>
          <w:rFonts w:ascii="Segoe UI" w:hAnsi="Segoe UI"/>
          <w:b w:val="0"/>
          <w:i w:val="0"/>
          <w:color w:val="334155"/>
          <w:sz w:val="20"/>
        </w:rPr>
        <w:t xml:space="preserve"> Thấp, Trung bình, Cao, Nghiêm trọng.</w:t>
      </w:r>
    </w:p>
    <w:p>
      <w:pPr>
        <w:pStyle w:val="ListBullet"/>
        <w:spacing w:after="40" w:line="276" w:lineRule="auto"/>
      </w:pPr>
      <w:r>
        <w:rPr>
          <w:rFonts w:ascii="Segoe UI" w:hAnsi="Segoe UI"/>
          <w:b/>
          <w:i w:val="0"/>
          <w:color w:val="334155"/>
          <w:sz w:val="20"/>
        </w:rPr>
        <w:t>Người xử lý:</w:t>
      </w:r>
      <w:r>
        <w:rPr>
          <w:rFonts w:ascii="Segoe UI" w:hAnsi="Segoe UI"/>
          <w:b w:val="0"/>
          <w:i w:val="0"/>
          <w:color w:val="334155"/>
          <w:sz w:val="20"/>
        </w:rPr>
        <w:t xml:space="preserve"> Chuyên viên kỹ thuật hoặc CSKH chịu trách nhiệm.</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Tạo phiếu ghi</w:t>
      </w:r>
      <w:r>
        <w:rPr>
          <w:rFonts w:ascii="Segoe UI" w:hAnsi="Segoe UI"/>
          <w:b w:val="0"/>
          <w:i w:val="0"/>
          <w:color w:val="334155"/>
          <w:sz w:val="20"/>
        </w:rPr>
        <w:t>.</w:t>
      </w:r>
    </w:p>
    <w:p>
      <w:pPr>
        <w:keepNext/>
        <w:spacing w:before="120" w:after="40"/>
      </w:pPr>
      <w:r>
        <w:rPr>
          <w:rFonts w:ascii="Segoe UI" w:hAnsi="Segoe UI"/>
          <w:b/>
          <w:i w:val="0"/>
          <w:color w:val="334155"/>
          <w:sz w:val="20"/>
        </w:rPr>
        <w:t>f. Tạo &amp; Liên kết Doanh nghiệp (Company)</w:t>
      </w:r>
    </w:p>
    <w:p>
      <w:pPr>
        <w:pStyle w:val="ListBullet"/>
        <w:spacing w:after="40" w:line="276" w:lineRule="auto"/>
      </w:pPr>
      <w:r>
        <w:rPr>
          <w:rFonts w:ascii="Segoe UI" w:hAnsi="Segoe UI"/>
          <w:b/>
          <w:i w:val="0"/>
          <w:color w:val="334155"/>
          <w:sz w:val="20"/>
        </w:rPr>
        <w:t>Ý nghĩa:</w:t>
      </w:r>
      <w:r>
        <w:rPr>
          <w:rFonts w:ascii="Segoe UI" w:hAnsi="Segoe UI"/>
          <w:b w:val="0"/>
          <w:i w:val="0"/>
          <w:color w:val="334155"/>
          <w:sz w:val="20"/>
        </w:rPr>
        <w:t xml:space="preserve"> Dành cho mô hình bán hàng B2B; liên kết khách hàng cá nhân này với pháp nhân công ty mà họ đang công tác.</w:t>
      </w:r>
    </w:p>
    <w:p>
      <w:pPr>
        <w:pStyle w:val="ListBullet"/>
        <w:spacing w:after="40" w:line="276" w:lineRule="auto"/>
      </w:pPr>
      <w:r>
        <w:rPr>
          <w:rFonts w:ascii="Segoe UI" w:hAnsi="Segoe UI"/>
          <w:b/>
          <w:i w:val="0"/>
          <w:color w:val="334155"/>
          <w:sz w:val="20"/>
        </w:rPr>
        <w:t>Cách tạo:</w:t>
      </w:r>
    </w:p>
    <w:p>
      <w:pPr>
        <w:pStyle w:val="ListNumber"/>
        <w:spacing w:after="40" w:line="276" w:lineRule="auto"/>
      </w:pPr>
      <w:r>
        <w:rPr>
          <w:rFonts w:ascii="Segoe UI" w:hAnsi="Segoe UI"/>
          <w:b w:val="0"/>
          <w:i w:val="0"/>
          <w:color w:val="334155"/>
          <w:sz w:val="20"/>
        </w:rPr>
        <w:t xml:space="preserve">Tại mục </w:t>
      </w:r>
      <w:r>
        <w:rPr>
          <w:rFonts w:ascii="Segoe UI" w:hAnsi="Segoe UI"/>
          <w:b/>
          <w:i w:val="0"/>
          <w:color w:val="334155"/>
          <w:sz w:val="20"/>
        </w:rPr>
        <w:t>Công ty</w:t>
      </w:r>
      <w:r>
        <w:rPr>
          <w:rFonts w:ascii="Segoe UI" w:hAnsi="Segoe UI"/>
          <w:b w:val="0"/>
          <w:i w:val="0"/>
          <w:color w:val="334155"/>
          <w:sz w:val="20"/>
        </w:rPr>
        <w:t xml:space="preserve">, bấm nút </w:t>
      </w:r>
      <w:r>
        <w:rPr>
          <w:rFonts w:ascii="Segoe UI" w:hAnsi="Segoe UI"/>
          <w:b/>
          <w:i w:val="0"/>
          <w:color w:val="334155"/>
          <w:sz w:val="20"/>
        </w:rPr>
        <w:t>`+` Thêm</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Lựa chọn:</w:t>
      </w:r>
    </w:p>
    <w:p>
      <w:pPr>
        <w:pStyle w:val="ListBullet"/>
        <w:spacing w:after="40" w:line="276" w:lineRule="auto"/>
      </w:pPr>
      <w:r>
        <w:rPr>
          <w:rFonts w:ascii="Segoe UI" w:hAnsi="Segoe UI"/>
          <w:b/>
          <w:i w:val="0"/>
          <w:color w:val="334155"/>
          <w:sz w:val="20"/>
        </w:rPr>
        <w:t>Tìm công ty có sẵn:</w:t>
      </w:r>
      <w:r>
        <w:rPr>
          <w:rFonts w:ascii="Segoe UI" w:hAnsi="Segoe UI"/>
          <w:b w:val="0"/>
          <w:i w:val="0"/>
          <w:color w:val="334155"/>
          <w:sz w:val="20"/>
        </w:rPr>
        <w:t xml:space="preserve"> Nhập tên công ty để liên kết.</w:t>
      </w:r>
    </w:p>
    <w:p>
      <w:pPr>
        <w:pStyle w:val="ListBullet"/>
        <w:spacing w:after="40" w:line="276" w:lineRule="auto"/>
      </w:pPr>
      <w:r>
        <w:rPr>
          <w:rFonts w:ascii="Segoe UI" w:hAnsi="Segoe UI"/>
          <w:b/>
          <w:i w:val="0"/>
          <w:color w:val="334155"/>
          <w:sz w:val="20"/>
        </w:rPr>
        <w:t>Tạo công ty mới:</w:t>
      </w:r>
      <w:r>
        <w:rPr>
          <w:rFonts w:ascii="Segoe UI" w:hAnsi="Segoe UI"/>
          <w:b w:val="0"/>
          <w:i w:val="0"/>
          <w:color w:val="334155"/>
          <w:sz w:val="20"/>
        </w:rPr>
        <w:t xml:space="preserve"> Nhập Tên doanh nghiệp, Mã số thuế, Website, Địa chỉ trụ sở, Ngành nghề.</w:t>
      </w:r>
    </w:p>
    <w:p>
      <w:pPr>
        <w:pStyle w:val="ListNumber"/>
        <w:spacing w:after="40" w:line="276" w:lineRule="auto"/>
      </w:pPr>
      <w:r>
        <w:rPr>
          <w:rFonts w:ascii="Segoe UI" w:hAnsi="Segoe UI"/>
          <w:b w:val="0"/>
          <w:i w:val="0"/>
          <w:color w:val="334155"/>
          <w:sz w:val="20"/>
        </w:rPr>
        <w:t xml:space="preserve">Nhập </w:t>
      </w:r>
      <w:r>
        <w:rPr>
          <w:rFonts w:ascii="Segoe UI" w:hAnsi="Segoe UI"/>
          <w:b/>
          <w:i w:val="0"/>
          <w:color w:val="334155"/>
          <w:sz w:val="20"/>
        </w:rPr>
        <w:t>Chức vụ</w:t>
      </w:r>
      <w:r>
        <w:rPr>
          <w:rFonts w:ascii="Segoe UI" w:hAnsi="Segoe UI"/>
          <w:b w:val="0"/>
          <w:i w:val="0"/>
          <w:color w:val="334155"/>
          <w:sz w:val="20"/>
        </w:rPr>
        <w:t xml:space="preserve"> của khách hàng tại công ty đó (Ví dụ: </w:t>
      </w:r>
      <w:r>
        <w:rPr>
          <w:rFonts w:ascii="Segoe UI" w:hAnsi="Segoe UI"/>
          <w:b w:val="0"/>
          <w:i/>
          <w:color w:val="334155"/>
          <w:sz w:val="20"/>
        </w:rPr>
        <w:t>Giám đốc điều hành, Kế toán trưởng, Trưởng phòng thu mua</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w:t>
      </w:r>
      <w:r>
        <w:rPr>
          <w:rFonts w:ascii="Segoe UI" w:hAnsi="Segoe UI"/>
          <w:b w:val="0"/>
          <w:i w:val="0"/>
          <w:color w:val="334155"/>
          <w:sz w:val="20"/>
        </w:rPr>
        <w:t>. Hồ sơ khách hàng sẽ gắn liền với pháp nhân doanh nghiệp tương ứng.</w:t>
      </w:r>
    </w:p>
    <w:p>
      <w:pPr>
        <w:spacing w:after="80"/>
      </w:pPr>
    </w:p>
    <w:p>
      <w:pPr>
        <w:keepNext/>
        <w:spacing w:before="260" w:after="80"/>
      </w:pPr>
      <w:r>
        <w:rPr>
          <w:rFonts w:ascii="Segoe UI" w:hAnsi="Segoe UI"/>
          <w:b/>
          <w:i w:val="0"/>
          <w:color w:val="0284C7"/>
          <w:sz w:val="26"/>
        </w:rPr>
        <w:t>IV.3 Xử lý Sự cố Màn hình Chi tiết (Troubleshooting)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Vấn đề</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Nguyên nhân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Hướng dẫn xử lý</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Không bấm được nút Gọi điện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Máy nhánh tổng đài (SIP Extension) chưa được cấu hình hoặc đang ở trạng thái Offline.</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Kiểm tra biểu tượng bàn phím tổng đài ở góc màn hình, đăng nhập lại máy nhánh SIP hoặc liên hệ Quản trị viên để cấp quyền nghe gọi.</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Không nghe được file ghi âm cuộc gọi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Trình duyệt đang chặn tự động phát âm thanh hoặc kết nối mạng bị gián đoạn khi tải file ghi âm.</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Cho phép quyền phát âm thanh trên trình duyệt hoặc bấm nút "Tải về" để mở file ghi âm trên máy tính.</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Không tạo được Đơn hàng / Cơ hội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Khách hàng thiếu thông tin bắt buộc hoặc tài khoản của bạn chưa được phân quyền truy cập module Bán hàng.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Bổ sung đầy đủ số điện thoại khách hàng và liên hệ Quản trị viên để mở quyền tạo Đơn hàng/Cơ hội.</w:t>
            </w:r>
          </w:p>
        </w:tc>
      </w:tr>
    </w:tbl>
    <w:p>
      <w:pPr>
        <w:spacing w:after="80"/>
      </w:pPr>
    </w:p>
    <w:p>
      <w:pPr>
        <w:spacing w:after="80"/>
      </w:pPr>
    </w:p>
    <w:p>
      <w:pPr>
        <w:keepNext/>
        <w:spacing w:before="260" w:after="80"/>
      </w:pPr>
      <w:r>
        <w:rPr>
          <w:rFonts w:ascii="Segoe UI" w:hAnsi="Segoe UI"/>
          <w:b/>
          <w:i w:val="0"/>
          <w:color w:val="0284C7"/>
          <w:sz w:val="26"/>
        </w:rPr>
        <w:t>IV.4 Câu hỏi thường gặp về Màn hình Chi tiết (FAQs)</w:t>
      </w:r>
    </w:p>
    <w:p>
      <w:pPr>
        <w:pStyle w:val="ListBullet"/>
        <w:spacing w:after="40" w:line="276" w:lineRule="auto"/>
      </w:pPr>
      <w:r>
        <w:rPr>
          <w:rFonts w:ascii="Segoe UI" w:hAnsi="Segoe UI"/>
          <w:b/>
          <w:i w:val="0"/>
          <w:color w:val="334155"/>
          <w:sz w:val="20"/>
        </w:rPr>
        <w:t>Q: Một khách hàng có thể liên kết với nhiều Đơn hàng và Cơ hội bán hàng cùng lúc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Có.</w:t>
      </w:r>
      <w:r>
        <w:rPr>
          <w:rFonts w:ascii="Segoe UI" w:hAnsi="Segoe UI"/>
          <w:b w:val="0"/>
          <w:i w:val="0"/>
          <w:color w:val="334155"/>
          <w:sz w:val="20"/>
        </w:rPr>
        <w:t xml:space="preserve"> Hệ thống hỗ trợ quan hệ Một - Nhiều (1-N). Một khách hàng có thể có nhiều đơn hàng phát sinh định kỳ và nhiều cơ hội bán hàng khác nhau theo thời gian.</w:t>
      </w:r>
    </w:p>
    <w:p>
      <w:pPr>
        <w:pStyle w:val="ListBullet"/>
        <w:spacing w:after="40" w:line="276" w:lineRule="auto"/>
      </w:pPr>
      <w:r>
        <w:rPr>
          <w:rFonts w:ascii="Segoe UI" w:hAnsi="Segoe UI"/>
          <w:b/>
          <w:i w:val="0"/>
          <w:color w:val="334155"/>
          <w:sz w:val="20"/>
        </w:rPr>
        <w:t>Q: Khi xóa một Công việc hoặc Lịch hẹn ở cột phải thì khách hàng có bị ảnh hưởng gì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Không.</w:t>
      </w:r>
      <w:r>
        <w:rPr>
          <w:rFonts w:ascii="Segoe UI" w:hAnsi="Segoe UI"/>
          <w:b w:val="0"/>
          <w:i w:val="0"/>
          <w:color w:val="334155"/>
          <w:sz w:val="20"/>
        </w:rPr>
        <w:t xml:space="preserve"> Việc xóa các thực thể liên kết chỉ xóa riêng bản ghi đó, hoàn toàn không làm mất hay thay đổi thông tin của khách hàng.</w:t>
      </w:r>
    </w:p>
    <w:p>
      <w:r>
        <w:br w:type="page"/>
      </w:r>
    </w:p>
    <w:p>
      <w:pPr>
        <w:spacing w:before="280" w:after="80"/>
      </w:pPr>
      <w:r>
        <w:rPr>
          <w:rFonts w:ascii="Segoe UI" w:hAnsi="Segoe UI"/>
          <w:b/>
          <w:i w:val="0"/>
          <w:color w:val="1E3A8A"/>
          <w:sz w:val="32"/>
        </w:rPr>
        <w:t>CHƯƠNG V: CẤU HÌNH HỆ THỐNG &amp; TRƯỜNG DỮ LIỆU TÙY CHỈNH (CUSTOM FIELDS)</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0F9FF"/>
            <w:tcBorders>
              <w:top w:val="none"/>
              <w:bottom w:val="none"/>
              <w:left w:val="single" w:sz="24" w:space="0" w:color="0284C7"/>
              <w:right w:val="none"/>
            </w:tcBorders>
          </w:tcPr>
          <w:p>
            <w:pPr>
              <w:spacing w:after="60" w:line="276" w:lineRule="auto"/>
            </w:pPr>
            <w:r>
              <w:rPr>
                <w:rFonts w:ascii="Segoe UI" w:hAnsi="Segoe UI"/>
                <w:b/>
                <w:i w:val="0"/>
                <w:color w:val="0284C7"/>
                <w:sz w:val="20"/>
              </w:rPr>
              <w:t>ℹ️ BỐI CẢNH &amp; MỤC TIÊU</w:t>
            </w:r>
          </w:p>
          <w:p>
            <w:pPr>
              <w:spacing w:after="40" w:line="276" w:lineRule="auto"/>
            </w:pPr>
            <w:r>
              <w:rPr>
                <w:rFonts w:ascii="Segoe UI" w:hAnsi="Segoe UI"/>
                <w:b/>
                <w:i w:val="0"/>
                <w:color w:val="333333"/>
                <w:sz w:val="19"/>
              </w:rPr>
              <w:t>Mục tiêu:</w:t>
            </w:r>
            <w:r>
              <w:rPr>
                <w:rFonts w:ascii="Segoe UI" w:hAnsi="Segoe UI"/>
                <w:b w:val="0"/>
                <w:i w:val="0"/>
                <w:color w:val="333333"/>
                <w:sz w:val="19"/>
              </w:rPr>
              <w:t xml:space="preserve"> Hướng dẫn Quản trị viên và người quản lý thiết lập các trường thông tin tùy chỉnh (Custom Fields) phù hợp với đặc thù kinh doanh của từng doanh nghiệp (Bất động sản, Giáo dục, Y tế, Bán lẻ,...), đồng thời cấu hình cơ chế tự động chia lead và thu hồi lead về kho chung.</w:t>
            </w:r>
          </w:p>
        </w:tc>
      </w:tr>
    </w:tbl>
    <w:p>
      <w:pPr>
        <w:spacing w:after="80"/>
      </w:pPr>
    </w:p>
    <w:p>
      <w:pPr>
        <w:spacing w:after="80"/>
      </w:pPr>
    </w:p>
    <w:p>
      <w:pPr>
        <w:keepNext/>
        <w:spacing w:before="260" w:after="80"/>
      </w:pPr>
      <w:r>
        <w:rPr>
          <w:rFonts w:ascii="Segoe UI" w:hAnsi="Segoe UI"/>
          <w:b/>
          <w:i w:val="0"/>
          <w:color w:val="0284C7"/>
          <w:sz w:val="26"/>
        </w:rPr>
        <w:t>V.1 Hướng dẫn Tạo mới Trường Dữ liệu Tùy chỉnh (Từng bước có ảnh minh họa)</w:t>
      </w:r>
    </w:p>
    <w:p>
      <w:pPr>
        <w:spacing w:after="80" w:line="276" w:lineRule="auto"/>
      </w:pPr>
      <w:r>
        <w:rPr>
          <w:rFonts w:ascii="Segoe UI" w:hAnsi="Segoe UI"/>
          <w:b w:val="0"/>
          <w:i w:val="0"/>
          <w:color w:val="1E293B"/>
          <w:sz w:val="20"/>
        </w:rPr>
        <w:t>Hệ thống UCALL / Adahub cho phép mở rộng không giới hạn các trường dữ liệu để thu thập mọi thông tin cần thiết về khách hàng mà các trường mặc định chưa đáp ứng.</w:t>
      </w:r>
    </w:p>
    <w:p>
      <w:pPr>
        <w:keepNext/>
        <w:spacing w:before="120" w:after="40"/>
      </w:pPr>
      <w:r>
        <w:rPr>
          <w:rFonts w:ascii="Segoe UI" w:hAnsi="Segoe UI"/>
          <w:b/>
          <w:i w:val="0"/>
          <w:color w:val="334155"/>
          <w:sz w:val="20"/>
        </w:rPr>
        <w:t>Bước 1: Truy cập Cài đặt Dữ liệu Khách hàng</w:t>
      </w:r>
    </w:p>
    <w:p>
      <w:pPr>
        <w:pStyle w:val="ListNumber"/>
        <w:spacing w:after="40" w:line="276" w:lineRule="auto"/>
      </w:pPr>
      <w:r>
        <w:rPr>
          <w:rFonts w:ascii="Segoe UI" w:hAnsi="Segoe UI"/>
          <w:b w:val="0"/>
          <w:i w:val="0"/>
          <w:color w:val="334155"/>
          <w:sz w:val="20"/>
        </w:rPr>
        <w:t xml:space="preserve">Bấm vào biểu tượng </w:t>
      </w:r>
      <w:r>
        <w:rPr>
          <w:rFonts w:ascii="Segoe UI" w:hAnsi="Segoe UI"/>
          <w:b/>
          <w:i w:val="0"/>
          <w:color w:val="334155"/>
          <w:sz w:val="20"/>
        </w:rPr>
        <w:t>⚙ Cài đặt</w:t>
      </w:r>
      <w:r>
        <w:rPr>
          <w:rFonts w:ascii="Segoe UI" w:hAnsi="Segoe UI"/>
          <w:b w:val="0"/>
          <w:i w:val="0"/>
          <w:color w:val="334155"/>
          <w:sz w:val="20"/>
        </w:rPr>
        <w:t xml:space="preserve"> ở góc trên bên phải thanh Header.</w:t>
      </w:r>
    </w:p>
    <w:p>
      <w:pPr>
        <w:pStyle w:val="ListNumber"/>
        <w:spacing w:after="40" w:line="276" w:lineRule="auto"/>
      </w:pPr>
      <w:r>
        <w:rPr>
          <w:rFonts w:ascii="Segoe UI" w:hAnsi="Segoe UI"/>
          <w:b w:val="0"/>
          <w:i w:val="0"/>
          <w:color w:val="334155"/>
          <w:sz w:val="20"/>
        </w:rPr>
        <w:t xml:space="preserve">Tại menu bên trái, chọn </w:t>
      </w:r>
      <w:r>
        <w:rPr>
          <w:rFonts w:ascii="Segoe UI" w:hAnsi="Segoe UI"/>
          <w:b/>
          <w:i w:val="0"/>
          <w:color w:val="334155"/>
          <w:sz w:val="20"/>
        </w:rPr>
        <w:t>Cài đặt dữ liệu</w:t>
      </w:r>
      <w:r>
        <w:rPr>
          <w:rFonts w:ascii="Segoe UI" w:hAnsi="Segoe UI"/>
          <w:b w:val="0"/>
          <w:i w:val="0"/>
          <w:color w:val="334155"/>
          <w:sz w:val="20"/>
        </w:rPr>
        <w:t xml:space="preserve"> &gt; chọn </w:t>
      </w:r>
      <w:r>
        <w:rPr>
          <w:rFonts w:ascii="Segoe UI" w:hAnsi="Segoe UI"/>
          <w:b/>
          <w:i w:val="0"/>
          <w:color w:val="334155"/>
          <w:sz w:val="20"/>
        </w:rPr>
        <w:t>Khách hàng</w:t>
      </w:r>
      <w:r>
        <w:rPr>
          <w:rFonts w:ascii="Segoe UI" w:hAnsi="Segoe UI"/>
          <w:b w:val="0"/>
          <w:i w:val="0"/>
          <w:color w:val="334155"/>
          <w:sz w:val="20"/>
        </w:rPr>
        <w:t xml:space="preserve"> (Đường dẫn: </w:t>
      </w:r>
      <w:r>
        <w:rPr>
          <w:rFonts w:ascii="Consolas" w:hAnsi="Consolas"/>
          <w:b w:val="0"/>
          <w:i w:val="0"/>
          <w:color w:val="8B0000"/>
          <w:sz w:val="19"/>
        </w:rPr>
        <w:t>/dashboard/&lt;mã_công_ty&gt;/settings/general/customer</w:t>
      </w:r>
      <w:r>
        <w:rPr>
          <w:rFonts w:ascii="Segoe UI" w:hAnsi="Segoe UI"/>
          <w:b w:val="0"/>
          <w:i w:val="0"/>
          <w:color w:val="334155"/>
          <w:sz w:val="20"/>
        </w:rPr>
        <w:t>).</w:t>
      </w:r>
    </w:p>
    <w:p>
      <w:pPr>
        <w:spacing w:before="160" w:after="40"/>
        <w:jc w:val="center"/>
      </w:pPr>
      <w:r>
        <w:drawing>
          <wp:inline xmlns:a="http://schemas.openxmlformats.org/drawingml/2006/main" xmlns:pic="http://schemas.openxmlformats.org/drawingml/2006/picture">
            <wp:extent cx="5486400" cy="2723198"/>
            <wp:docPr id="24" name="Picture 24"/>
            <wp:cNvGraphicFramePr>
              <a:graphicFrameLocks noChangeAspect="1"/>
            </wp:cNvGraphicFramePr>
            <a:graphic>
              <a:graphicData uri="http://schemas.openxmlformats.org/drawingml/2006/picture">
                <pic:pic>
                  <pic:nvPicPr>
                    <pic:cNvPr id="0" name="field_settings_step1_menu.png"/>
                    <pic:cNvPicPr/>
                  </pic:nvPicPr>
                  <pic:blipFill>
                    <a:blip r:embed="rId33"/>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1: Vào Cài đặt &gt; Cài đặt dữ liệu trên thanh điều hướng bên trái.</w:t>
      </w:r>
    </w:p>
    <w:p>
      <w:pPr>
        <w:keepNext/>
        <w:spacing w:before="120" w:after="40"/>
      </w:pPr>
      <w:r>
        <w:rPr>
          <w:rFonts w:ascii="Segoe UI" w:hAnsi="Segoe UI"/>
          <w:b/>
          <w:i w:val="0"/>
          <w:color w:val="334155"/>
          <w:sz w:val="20"/>
        </w:rPr>
        <w:t>Bước 2: Mở danh sách quản lý trường dữ liệu Khách hàng</w:t>
      </w:r>
    </w:p>
    <w:p>
      <w:pPr>
        <w:spacing w:after="80" w:line="276" w:lineRule="auto"/>
      </w:pPr>
      <w:r>
        <w:rPr>
          <w:rFonts w:ascii="Segoe UI" w:hAnsi="Segoe UI"/>
          <w:b w:val="0"/>
          <w:i w:val="0"/>
          <w:color w:val="1E293B"/>
          <w:sz w:val="20"/>
        </w:rPr>
        <w:t>Hệ thống sẽ hiển thị toàn bộ danh sách các trường dữ liệu mặc định và trường tùy chỉnh đang có của đối tượng Khách hàng.</w:t>
      </w:r>
    </w:p>
    <w:p>
      <w:pPr>
        <w:spacing w:before="160" w:after="40"/>
        <w:jc w:val="center"/>
      </w:pPr>
      <w:r>
        <w:drawing>
          <wp:inline xmlns:a="http://schemas.openxmlformats.org/drawingml/2006/main" xmlns:pic="http://schemas.openxmlformats.org/drawingml/2006/picture">
            <wp:extent cx="5486400" cy="2723198"/>
            <wp:docPr id="25" name="Picture 25"/>
            <wp:cNvGraphicFramePr>
              <a:graphicFrameLocks noChangeAspect="1"/>
            </wp:cNvGraphicFramePr>
            <a:graphic>
              <a:graphicData uri="http://schemas.openxmlformats.org/drawingml/2006/picture">
                <pic:pic>
                  <pic:nvPicPr>
                    <pic:cNvPr id="0" name="field_settings_step2_list.png"/>
                    <pic:cNvPicPr/>
                  </pic:nvPicPr>
                  <pic:blipFill>
                    <a:blip r:embed="rId34"/>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2: Danh sách các trường dữ liệu khách hàng với các cột thuộc tính.</w:t>
      </w:r>
    </w:p>
    <w:p>
      <w:pPr>
        <w:keepNext/>
        <w:spacing w:before="120" w:after="40"/>
      </w:pPr>
      <w:r>
        <w:rPr>
          <w:rFonts w:ascii="Segoe UI" w:hAnsi="Segoe UI"/>
          <w:b/>
          <w:i w:val="0"/>
          <w:color w:val="334155"/>
          <w:sz w:val="20"/>
        </w:rPr>
        <w:t>Bước 3: Mở hộp thoại Thêm mới trường</w:t>
      </w:r>
    </w:p>
    <w:p>
      <w:pPr>
        <w:spacing w:after="80" w:line="276" w:lineRule="auto"/>
      </w:pPr>
      <w:r>
        <w:rPr>
          <w:rFonts w:ascii="Segoe UI" w:hAnsi="Segoe UI"/>
          <w:b w:val="0"/>
          <w:i w:val="0"/>
          <w:color w:val="1E293B"/>
          <w:sz w:val="20"/>
        </w:rPr>
        <w:t xml:space="preserve">Trên trang Quản lý trường dữ liệu Khách hàng, bấm vào nút </w:t>
      </w:r>
      <w:r>
        <w:rPr>
          <w:rFonts w:ascii="Segoe UI" w:hAnsi="Segoe UI"/>
          <w:b/>
          <w:i w:val="0"/>
          <w:color w:val="1E293B"/>
          <w:sz w:val="20"/>
        </w:rPr>
        <w:t>`+` Thêm mới</w:t>
      </w:r>
      <w:r>
        <w:rPr>
          <w:rFonts w:ascii="Segoe UI" w:hAnsi="Segoe UI"/>
          <w:b w:val="0"/>
          <w:i w:val="0"/>
          <w:color w:val="1E293B"/>
          <w:sz w:val="20"/>
        </w:rPr>
        <w:t xml:space="preserve"> ở góc trên bên phải màn hình.</w:t>
      </w:r>
    </w:p>
    <w:p>
      <w:pPr>
        <w:spacing w:before="160" w:after="40"/>
        <w:jc w:val="center"/>
      </w:pPr>
      <w:r>
        <w:drawing>
          <wp:inline xmlns:a="http://schemas.openxmlformats.org/drawingml/2006/main" xmlns:pic="http://schemas.openxmlformats.org/drawingml/2006/picture">
            <wp:extent cx="5486400" cy="2723198"/>
            <wp:docPr id="26" name="Picture 26"/>
            <wp:cNvGraphicFramePr>
              <a:graphicFrameLocks noChangeAspect="1"/>
            </wp:cNvGraphicFramePr>
            <a:graphic>
              <a:graphicData uri="http://schemas.openxmlformats.org/drawingml/2006/picture">
                <pic:pic>
                  <pic:nvPicPr>
                    <pic:cNvPr id="0" name="field_settings_step3_create_modal.png"/>
                    <pic:cNvPicPr/>
                  </pic:nvPicPr>
                  <pic:blipFill>
                    <a:blip r:embed="rId35"/>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3: Hộp thoại Thêm mới trường dữ liệu với các mục điền tên và nhóm trường.</w:t>
      </w:r>
    </w:p>
    <w:p>
      <w:pPr>
        <w:keepNext/>
        <w:spacing w:before="120" w:after="40"/>
      </w:pPr>
      <w:r>
        <w:rPr>
          <w:rFonts w:ascii="Segoe UI" w:hAnsi="Segoe UI"/>
          <w:b/>
          <w:i w:val="0"/>
          <w:color w:val="334155"/>
          <w:sz w:val="20"/>
        </w:rPr>
        <w:t>Bước 4: Cấu hình Kiểu Dữ liệu và Thuộc tính điều khiển</w:t>
      </w:r>
    </w:p>
    <w:p>
      <w:pPr>
        <w:pStyle w:val="ListNumber"/>
        <w:spacing w:after="40" w:line="276" w:lineRule="auto"/>
      </w:pPr>
      <w:r>
        <w:rPr>
          <w:rFonts w:ascii="Segoe UI" w:hAnsi="Segoe UI"/>
          <w:b/>
          <w:i w:val="0"/>
          <w:color w:val="334155"/>
          <w:sz w:val="20"/>
        </w:rPr>
        <w:t>Tên trường:</w:t>
      </w:r>
      <w:r>
        <w:rPr>
          <w:rFonts w:ascii="Segoe UI" w:hAnsi="Segoe UI"/>
          <w:b w:val="0"/>
          <w:i w:val="0"/>
          <w:color w:val="334155"/>
          <w:sz w:val="20"/>
        </w:rPr>
        <w:t xml:space="preserve"> Nhập tên trường hiển thị trên giao diện (Ví dụ: </w:t>
      </w:r>
      <w:r>
        <w:rPr>
          <w:rFonts w:ascii="Segoe UI" w:hAnsi="Segoe UI"/>
          <w:b w:val="0"/>
          <w:i/>
          <w:color w:val="334155"/>
          <w:sz w:val="20"/>
        </w:rPr>
        <w:t>"Nhu cầu mua"</w:t>
      </w:r>
      <w:r>
        <w:rPr>
          <w:rFonts w:ascii="Segoe UI" w:hAnsi="Segoe UI"/>
          <w:b w:val="0"/>
          <w:i w:val="0"/>
          <w:color w:val="334155"/>
          <w:sz w:val="20"/>
        </w:rPr>
        <w:t xml:space="preserve">, </w:t>
      </w:r>
      <w:r>
        <w:rPr>
          <w:rFonts w:ascii="Segoe UI" w:hAnsi="Segoe UI"/>
          <w:b w:val="0"/>
          <w:i/>
          <w:color w:val="334155"/>
          <w:sz w:val="20"/>
        </w:rPr>
        <w:t>"Diện tích mong muốn"</w:t>
      </w:r>
      <w:r>
        <w:rPr>
          <w:rFonts w:ascii="Segoe UI" w:hAnsi="Segoe UI"/>
          <w:b w:val="0"/>
          <w:i w:val="0"/>
          <w:color w:val="334155"/>
          <w:sz w:val="20"/>
        </w:rPr>
        <w:t xml:space="preserve">, </w:t>
      </w:r>
      <w:r>
        <w:rPr>
          <w:rFonts w:ascii="Segoe UI" w:hAnsi="Segoe UI"/>
          <w:b w:val="0"/>
          <w:i/>
          <w:color w:val="334155"/>
          <w:sz w:val="20"/>
        </w:rPr>
        <w:t>"Ngân sách dự kiến"</w:t>
      </w:r>
      <w:r>
        <w:rPr>
          <w:rFonts w:ascii="Segoe UI" w:hAnsi="Segoe UI"/>
          <w:b w:val="0"/>
          <w:i w:val="0"/>
          <w:color w:val="334155"/>
          <w:sz w:val="20"/>
        </w:rPr>
        <w:t>).</w:t>
      </w:r>
    </w:p>
    <w:p>
      <w:pPr>
        <w:pStyle w:val="ListNumber"/>
        <w:spacing w:after="40" w:line="276" w:lineRule="auto"/>
      </w:pPr>
      <w:r>
        <w:rPr>
          <w:rFonts w:ascii="Segoe UI" w:hAnsi="Segoe UI"/>
          <w:b/>
          <w:i w:val="0"/>
          <w:color w:val="334155"/>
          <w:sz w:val="20"/>
        </w:rPr>
        <w:t>Nhóm dữ liệu:</w:t>
      </w:r>
      <w:r>
        <w:rPr>
          <w:rFonts w:ascii="Segoe UI" w:hAnsi="Segoe UI"/>
          <w:b w:val="0"/>
          <w:i w:val="0"/>
          <w:color w:val="334155"/>
          <w:sz w:val="20"/>
        </w:rPr>
        <w:t xml:space="preserve"> Lựa chọn nhóm gom trường (Ví dụ: </w:t>
      </w:r>
      <w:r>
        <w:rPr>
          <w:rFonts w:ascii="Segoe UI" w:hAnsi="Segoe UI"/>
          <w:b w:val="0"/>
          <w:i/>
          <w:color w:val="334155"/>
          <w:sz w:val="20"/>
        </w:rPr>
        <w:t>Thông tin cơ bản</w:t>
      </w:r>
      <w:r>
        <w:rPr>
          <w:rFonts w:ascii="Segoe UI" w:hAnsi="Segoe UI"/>
          <w:b w:val="0"/>
          <w:i w:val="0"/>
          <w:color w:val="334155"/>
          <w:sz w:val="20"/>
        </w:rPr>
        <w:t xml:space="preserve">, </w:t>
      </w:r>
      <w:r>
        <w:rPr>
          <w:rFonts w:ascii="Segoe UI" w:hAnsi="Segoe UI"/>
          <w:b w:val="0"/>
          <w:i/>
          <w:color w:val="334155"/>
          <w:sz w:val="20"/>
        </w:rPr>
        <w:t>Thông tin cá nhân</w:t>
      </w:r>
      <w:r>
        <w:rPr>
          <w:rFonts w:ascii="Segoe UI" w:hAnsi="Segoe UI"/>
          <w:b w:val="0"/>
          <w:i w:val="0"/>
          <w:color w:val="334155"/>
          <w:sz w:val="20"/>
        </w:rPr>
        <w:t xml:space="preserve">, </w:t>
      </w:r>
      <w:r>
        <w:rPr>
          <w:rFonts w:ascii="Segoe UI" w:hAnsi="Segoe UI"/>
          <w:b w:val="0"/>
          <w:i/>
          <w:color w:val="334155"/>
          <w:sz w:val="20"/>
        </w:rPr>
        <w:t>Thông tin bổ sung</w:t>
      </w:r>
      <w:r>
        <w:rPr>
          <w:rFonts w:ascii="Segoe UI" w:hAnsi="Segoe UI"/>
          <w:b w:val="0"/>
          <w:i w:val="0"/>
          <w:color w:val="334155"/>
          <w:sz w:val="20"/>
        </w:rPr>
        <w:t>).</w:t>
      </w:r>
    </w:p>
    <w:p>
      <w:pPr>
        <w:pStyle w:val="ListNumber"/>
        <w:spacing w:after="40" w:line="276" w:lineRule="auto"/>
      </w:pPr>
      <w:r>
        <w:rPr>
          <w:rFonts w:ascii="Segoe UI" w:hAnsi="Segoe UI"/>
          <w:b/>
          <w:i w:val="0"/>
          <w:color w:val="334155"/>
          <w:sz w:val="20"/>
        </w:rPr>
        <w:t>Kiểu dữ liệu:</w:t>
      </w:r>
      <w:r>
        <w:rPr>
          <w:rFonts w:ascii="Segoe UI" w:hAnsi="Segoe UI"/>
          <w:b w:val="0"/>
          <w:i w:val="0"/>
          <w:color w:val="334155"/>
          <w:sz w:val="20"/>
        </w:rPr>
        <w:t xml:space="preserve"> Lựa chọn 1 trong 17 kiểu dữ liệu chuyên sâu phù hợp (xem bảng chi tiết bên dưới).</w:t>
      </w:r>
    </w:p>
    <w:p>
      <w:pPr>
        <w:pStyle w:val="ListNumber"/>
        <w:spacing w:after="40" w:line="276" w:lineRule="auto"/>
      </w:pPr>
      <w:r>
        <w:rPr>
          <w:rFonts w:ascii="Segoe UI" w:hAnsi="Segoe UI"/>
          <w:b/>
          <w:i w:val="0"/>
          <w:color w:val="334155"/>
          <w:sz w:val="20"/>
        </w:rPr>
        <w:t>Thiết lập 4 thuộc tính điều khiển trường:</w:t>
      </w:r>
    </w:p>
    <w:p>
      <w:pPr>
        <w:pStyle w:val="ListBullet"/>
        <w:spacing w:after="40" w:line="276" w:lineRule="auto"/>
      </w:pPr>
      <w:r>
        <w:rPr>
          <w:rFonts w:ascii="Segoe UI" w:hAnsi="Segoe UI"/>
          <w:b/>
          <w:i w:val="0"/>
          <w:color w:val="334155"/>
          <w:sz w:val="20"/>
        </w:rPr>
        <w:t>Có sử dụng (Allow in form):</w:t>
      </w:r>
      <w:r>
        <w:rPr>
          <w:rFonts w:ascii="Segoe UI" w:hAnsi="Segoe UI"/>
          <w:b w:val="0"/>
          <w:i w:val="0"/>
          <w:color w:val="334155"/>
          <w:sz w:val="20"/>
        </w:rPr>
        <w:t xml:space="preserve"> BẬT để trường xuất hiện trên form; TẮT để tạm ẩn mà không làm mất dữ liệu cũ.</w:t>
      </w:r>
    </w:p>
    <w:p>
      <w:pPr>
        <w:pStyle w:val="ListBullet"/>
        <w:spacing w:after="40" w:line="276" w:lineRule="auto"/>
      </w:pPr>
      <w:r>
        <w:rPr>
          <w:rFonts w:ascii="Segoe UI" w:hAnsi="Segoe UI"/>
          <w:b/>
          <w:i w:val="0"/>
          <w:color w:val="334155"/>
          <w:sz w:val="20"/>
        </w:rPr>
        <w:t>Có bắt buộc (Is must fill):</w:t>
      </w:r>
      <w:r>
        <w:rPr>
          <w:rFonts w:ascii="Segoe UI" w:hAnsi="Segoe UI"/>
          <w:b w:val="0"/>
          <w:i w:val="0"/>
          <w:color w:val="334155"/>
          <w:sz w:val="20"/>
        </w:rPr>
        <w:t xml:space="preserve"> Buộc người dùng phải nhập thông tin này mới được phép lưu khách hàng mới.</w:t>
      </w:r>
    </w:p>
    <w:p>
      <w:pPr>
        <w:pStyle w:val="ListBullet"/>
        <w:spacing w:after="40" w:line="276" w:lineRule="auto"/>
      </w:pPr>
      <w:r>
        <w:rPr>
          <w:rFonts w:ascii="Segoe UI" w:hAnsi="Segoe UI"/>
          <w:b/>
          <w:i w:val="0"/>
          <w:color w:val="334155"/>
          <w:sz w:val="20"/>
        </w:rPr>
        <w:t>Hiển thị ở bảng (Default in table):</w:t>
      </w:r>
      <w:r>
        <w:rPr>
          <w:rFonts w:ascii="Segoe UI" w:hAnsi="Segoe UI"/>
          <w:b w:val="0"/>
          <w:i w:val="0"/>
          <w:color w:val="334155"/>
          <w:sz w:val="20"/>
        </w:rPr>
        <w:t xml:space="preserve"> Tự động xuất hiện làm một cột trên bảng danh sách khách hàng.</w:t>
      </w:r>
    </w:p>
    <w:p>
      <w:pPr>
        <w:pStyle w:val="ListBullet"/>
        <w:spacing w:after="40" w:line="276" w:lineRule="auto"/>
      </w:pPr>
      <w:r>
        <w:rPr>
          <w:rFonts w:ascii="Segoe UI" w:hAnsi="Segoe UI"/>
          <w:b/>
          <w:i w:val="0"/>
          <w:color w:val="334155"/>
          <w:sz w:val="20"/>
        </w:rPr>
        <w:t>Hiển thị ở Kanban (Default in Kanban):</w:t>
      </w:r>
      <w:r>
        <w:rPr>
          <w:rFonts w:ascii="Segoe UI" w:hAnsi="Segoe UI"/>
          <w:b w:val="0"/>
          <w:i w:val="0"/>
          <w:color w:val="334155"/>
          <w:sz w:val="20"/>
        </w:rPr>
        <w:t xml:space="preserve"> Hiển thị trường thông tin này trực tiếp trên mặt thẻ ở chế độ xem Kanban.</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Lưu lại</w:t>
      </w:r>
      <w:r>
        <w:rPr>
          <w:rFonts w:ascii="Segoe UI" w:hAnsi="Segoe UI"/>
          <w:b w:val="0"/>
          <w:i w:val="0"/>
          <w:color w:val="334155"/>
          <w:sz w:val="20"/>
        </w:rPr>
        <w:t xml:space="preserve"> để kích hoạt trường mới.</w:t>
      </w:r>
    </w:p>
    <w:p>
      <w:pPr>
        <w:spacing w:before="160" w:after="40"/>
        <w:jc w:val="center"/>
      </w:pPr>
      <w:r>
        <w:drawing>
          <wp:inline xmlns:a="http://schemas.openxmlformats.org/drawingml/2006/main" xmlns:pic="http://schemas.openxmlformats.org/drawingml/2006/picture">
            <wp:extent cx="5486400" cy="2723198"/>
            <wp:docPr id="27" name="Picture 27"/>
            <wp:cNvGraphicFramePr>
              <a:graphicFrameLocks noChangeAspect="1"/>
            </wp:cNvGraphicFramePr>
            <a:graphic>
              <a:graphicData uri="http://schemas.openxmlformats.org/drawingml/2006/picture">
                <pic:pic>
                  <pic:nvPicPr>
                    <pic:cNvPr id="0" name="field_settings_step4_configure_type.png"/>
                    <pic:cNvPicPr/>
                  </pic:nvPicPr>
                  <pic:blipFill>
                    <a:blip r:embed="rId36"/>
                    <a:stretch>
                      <a:fillRect/>
                    </a:stretch>
                  </pic:blipFill>
                  <pic:spPr>
                    <a:xfrm>
                      <a:off x="0" y="0"/>
                      <a:ext cx="5486400" cy="2723198"/>
                    </a:xfrm>
                    <a:prstGeom prst="rect"/>
                  </pic:spPr>
                </pic:pic>
              </a:graphicData>
            </a:graphic>
          </wp:inline>
        </w:drawing>
      </w:r>
    </w:p>
    <w:p>
      <w:pPr>
        <w:spacing w:after="160"/>
        <w:jc w:val="center"/>
      </w:pPr>
      <w:r>
        <w:rPr>
          <w:rFonts w:ascii="Segoe UI" w:hAnsi="Segoe UI"/>
          <w:b w:val="0"/>
          <w:i/>
          <w:color w:val="64748B"/>
          <w:sz w:val="17"/>
        </w:rPr>
        <w:t>Bước 4: Lựa chọn kiểu nhập liệu phù hợp và bật/tắt các thuộc tính điều khiển.</w:t>
      </w:r>
    </w:p>
    <w:p>
      <w:pPr>
        <w:spacing w:after="80"/>
      </w:pPr>
    </w:p>
    <w:p>
      <w:pPr>
        <w:keepNext/>
        <w:spacing w:before="260" w:after="80"/>
      </w:pPr>
      <w:r>
        <w:rPr>
          <w:rFonts w:ascii="Segoe UI" w:hAnsi="Segoe UI"/>
          <w:b/>
          <w:i w:val="0"/>
          <w:color w:val="0284C7"/>
          <w:sz w:val="26"/>
        </w:rPr>
        <w:t>V.2 Bảng Tra cứu 17 Kiểu Dữ liệu Được Hỗ trợ</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STT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Kiểu dữ liệu</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Đặc điểm kỹ thuật &amp; Ứng dụng thực tế</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1</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Nhập chữ (Single-line text)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Chuỗi ký tự ngắn tối đa 255 ký tự: Họ tên phụ, Số CCCD, Biển số xe.</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2</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Đoạn văn (Paragraph text)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Văn bản dài nhiều dòng không định dạng: Yêu cầu riêng của khách hàng.</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3</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Văn bản có định dạng (Rich text)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Hỗ trợ in đậm, nghiêng, màu sắc, danh sách: Bản ghi chú chi tiết.</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4</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Email</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Tự động kiểm tra cú pháp hòm thư hợp lệ (</w:t>
            </w:r>
            <w:r>
              <w:rPr>
                <w:rFonts w:ascii="Consolas" w:hAnsi="Consolas"/>
                <w:b w:val="0"/>
                <w:i w:val="0"/>
                <w:color w:val="8B0000"/>
                <w:sz w:val="17"/>
              </w:rPr>
              <w:t>name@domain.com</w:t>
            </w:r>
            <w:r>
              <w:rPr>
                <w:rFonts w:ascii="Segoe UI" w:hAnsi="Segoe UI"/>
                <w:b w:val="0"/>
                <w:i w:val="0"/>
                <w:color w:val="1E293B"/>
                <w:sz w:val="18"/>
              </w:rPr>
              <w:t>).</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5</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Số điện thoại (Phone)</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Chuẩn hóa số điện thoại, tích hợp sẵn icon click để gọi điện.</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6</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Địa chỉ URL</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Kiểm tra cú pháp liên kết web (</w:t>
            </w:r>
            <w:r>
              <w:rPr>
                <w:rFonts w:ascii="Consolas" w:hAnsi="Consolas"/>
                <w:b w:val="0"/>
                <w:i w:val="0"/>
                <w:color w:val="8B0000"/>
                <w:sz w:val="17"/>
              </w:rPr>
              <w:t>http://</w:t>
            </w:r>
            <w:r>
              <w:rPr>
                <w:rFonts w:ascii="Segoe UI" w:hAnsi="Segoe UI"/>
                <w:b w:val="0"/>
                <w:i w:val="0"/>
                <w:color w:val="1E293B"/>
                <w:sz w:val="18"/>
              </w:rPr>
              <w:t xml:space="preserve">, </w:t>
            </w:r>
            <w:r>
              <w:rPr>
                <w:rFonts w:ascii="Consolas" w:hAnsi="Consolas"/>
                <w:b w:val="0"/>
                <w:i w:val="0"/>
                <w:color w:val="8B0000"/>
                <w:sz w:val="17"/>
              </w:rPr>
              <w:t>https://</w:t>
            </w:r>
            <w:r>
              <w:rPr>
                <w:rFonts w:ascii="Segoe UI" w:hAnsi="Segoe UI"/>
                <w:b w:val="0"/>
                <w:i w:val="0"/>
                <w:color w:val="1E293B"/>
                <w:sz w:val="18"/>
              </w:rPr>
              <w:t>): Link Facebook, Website.</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7</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File đính kèm</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Cho phép tải lên tệp tin: Hợp đồng PDF, file thiết kế, ảnh chụp giấy tờ.</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8</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Số nguyên (Integer)</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Chỉ cho phép nhập số nguyên không dấu: Số lượng con cái, Năm sinh.</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9</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Số thập phân (Decimal)</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Số có dấu phẩy/chấm thập phân: Điểm tín nhiệm, Chiều cao, Cân nặng.</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10</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Phần trăm (Percentage)</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Tự động hiển thị ký hiệu </w:t>
            </w:r>
            <w:r>
              <w:rPr>
                <w:rFonts w:ascii="Consolas" w:hAnsi="Consolas"/>
                <w:b w:val="0"/>
                <w:i w:val="0"/>
                <w:color w:val="8B0000"/>
                <w:sz w:val="17"/>
              </w:rPr>
              <w:t>%</w:t>
            </w:r>
            <w:r>
              <w:rPr>
                <w:rFonts w:ascii="Segoe UI" w:hAnsi="Segoe UI"/>
                <w:b w:val="0"/>
                <w:i w:val="0"/>
                <w:color w:val="1E293B"/>
                <w:sz w:val="18"/>
              </w:rPr>
              <w:t xml:space="preserve"> (0 - 100%): Tỷ lệ chiết khấu riêng.</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11</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Ngày (Date)</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Bộ chọn ngày/tháng/năm: Ngày sinh nhật, Ngày cấp chứng chỉ.</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12</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Ngày &amp; Giờ (Date &amp; Time)</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Chọn ngày và giờ chính xác: Giờ hẹn nhận bàn giao, Thời điểm tiếp cận.</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13</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Thời lượng (Duration)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Định dạng số giờ, phút hoặc giây: Thời gian dùng thử nghiệm.</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14</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Chọn một (Single select)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Danh sách thả xuống chỉ được chọn duy nhất 1 mục: Giới tính, Tình trạng hôn nhân.</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15</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Chọn nhiều (Multi select)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Danh sách cho phép chọn nhiều nhãn đồng thời: Sở thích, Kênh sản phẩm quan tâm.</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center"/>
            </w:pPr>
            <w:r/>
            <w:r>
              <w:rPr>
                <w:rFonts w:ascii="Segoe UI" w:hAnsi="Segoe UI"/>
                <w:b w:val="0"/>
                <w:i w:val="0"/>
                <w:color w:val="1E293B"/>
                <w:sz w:val="18"/>
              </w:rPr>
              <w:t>16</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Một tài khoản (Single User)</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Chọn 1 nhân sự nội bộ trong công ty: Người phê duyệt, Quản lý phụ trách.</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17</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Nhiều tài khoản (Multiple Users)</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Chọn nhiều nhân sự nội bộ: Đội ngũ nhân viên cùng hỗ trợ dự án.</w:t>
            </w:r>
          </w:p>
        </w:tc>
      </w:tr>
    </w:tbl>
    <w:p>
      <w:pPr>
        <w:spacing w:after="80"/>
      </w:pPr>
    </w:p>
    <w:p>
      <w:pPr>
        <w:spacing w:after="80"/>
      </w:pPr>
    </w:p>
    <w:p>
      <w:pPr>
        <w:keepNext/>
        <w:spacing w:before="260" w:after="80"/>
      </w:pPr>
      <w:r>
        <w:rPr>
          <w:rFonts w:ascii="Segoe UI" w:hAnsi="Segoe UI"/>
          <w:b/>
          <w:i w:val="0"/>
          <w:color w:val="0284C7"/>
          <w:sz w:val="26"/>
        </w:rPr>
        <w:t>V.3 Cấu hình Tự động Phân công &amp; Thu hồi Khách hàng</w:t>
      </w:r>
    </w:p>
    <w:p>
      <w:pPr>
        <w:spacing w:after="80" w:line="276" w:lineRule="auto"/>
      </w:pPr>
      <w:r>
        <w:rPr>
          <w:rFonts w:ascii="Segoe UI" w:hAnsi="Segoe UI"/>
          <w:b w:val="0"/>
          <w:i w:val="0"/>
          <w:color w:val="1E293B"/>
          <w:sz w:val="20"/>
        </w:rPr>
        <w:t xml:space="preserve">Tại màn hình Cài đặt Khách hàng, chuyển sang tab </w:t>
      </w:r>
      <w:r>
        <w:rPr>
          <w:rFonts w:ascii="Segoe UI" w:hAnsi="Segoe UI"/>
          <w:b/>
          <w:i w:val="0"/>
          <w:color w:val="1E293B"/>
          <w:sz w:val="20"/>
        </w:rPr>
        <w:t>Cấu hình</w:t>
      </w:r>
      <w:r>
        <w:rPr>
          <w:rFonts w:ascii="Segoe UI" w:hAnsi="Segoe UI"/>
          <w:b w:val="0"/>
          <w:i w:val="0"/>
          <w:color w:val="1E293B"/>
          <w:sz w:val="20"/>
        </w:rPr>
        <w:t xml:space="preserve"> để thiết lập quy tắc vận hành lead tự động:</w:t>
      </w:r>
    </w:p>
    <w:p>
      <w:pPr>
        <w:keepNext/>
        <w:spacing w:before="200" w:after="60"/>
      </w:pPr>
      <w:r>
        <w:rPr>
          <w:rFonts w:ascii="Segoe UI" w:hAnsi="Segoe UI"/>
          <w:b/>
          <w:i w:val="0"/>
          <w:color w:val="0F172A"/>
          <w:sz w:val="22"/>
        </w:rPr>
        <w:t>1. Quy tắc Phân công Lead tự động (Auto-assignment Rules)</w:t>
      </w:r>
    </w:p>
    <w:p>
      <w:pPr>
        <w:pStyle w:val="ListBullet"/>
        <w:spacing w:after="40" w:line="276" w:lineRule="auto"/>
      </w:pPr>
      <w:r>
        <w:rPr>
          <w:rFonts w:ascii="Segoe UI" w:hAnsi="Segoe UI"/>
          <w:b/>
          <w:i w:val="0"/>
          <w:color w:val="334155"/>
          <w:sz w:val="20"/>
        </w:rPr>
        <w:t>Mục đích:</w:t>
      </w:r>
      <w:r>
        <w:rPr>
          <w:rFonts w:ascii="Segoe UI" w:hAnsi="Segoe UI"/>
          <w:b w:val="0"/>
          <w:i w:val="0"/>
          <w:color w:val="334155"/>
          <w:sz w:val="20"/>
        </w:rPr>
        <w:t xml:space="preserve"> Khi có khách hàng mới đổ về từ Website, Form đăng ký, Facebook Lead Ads, Google Ads hoặc API, hệ thống sẽ tự động gán khách hàng cho nhân viên kinh doanh xử lý ngay lập tức mà không cần quản lý chia tay.</w:t>
      </w:r>
    </w:p>
    <w:p>
      <w:pPr>
        <w:pStyle w:val="ListBullet"/>
        <w:spacing w:after="40" w:line="276" w:lineRule="auto"/>
      </w:pPr>
      <w:r>
        <w:rPr>
          <w:rFonts w:ascii="Segoe UI" w:hAnsi="Segoe UI"/>
          <w:b/>
          <w:i w:val="0"/>
          <w:color w:val="334155"/>
          <w:sz w:val="20"/>
        </w:rPr>
        <w:t>Các phương thức phân bổ:</w:t>
      </w:r>
    </w:p>
    <w:p>
      <w:pPr>
        <w:pStyle w:val="ListBullet"/>
        <w:spacing w:after="40" w:line="276" w:lineRule="auto"/>
      </w:pPr>
      <w:r>
        <w:rPr>
          <w:rFonts w:ascii="Segoe UI" w:hAnsi="Segoe UI"/>
          <w:b/>
          <w:i w:val="0"/>
          <w:color w:val="334155"/>
          <w:sz w:val="20"/>
        </w:rPr>
        <w:t>Xoay vòng (Round-Robin):</w:t>
      </w:r>
      <w:r>
        <w:rPr>
          <w:rFonts w:ascii="Segoe UI" w:hAnsi="Segoe UI"/>
          <w:b w:val="0"/>
          <w:i w:val="0"/>
          <w:color w:val="334155"/>
          <w:sz w:val="20"/>
        </w:rPr>
        <w:t xml:space="preserve"> Lần lượt chia đều lead cho các nhân viên trong nhóm theo vòng tròn (Nhân viên A → B → C → A).</w:t>
      </w:r>
    </w:p>
    <w:p>
      <w:pPr>
        <w:pStyle w:val="ListBullet"/>
        <w:spacing w:after="40" w:line="276" w:lineRule="auto"/>
      </w:pPr>
      <w:r>
        <w:rPr>
          <w:rFonts w:ascii="Segoe UI" w:hAnsi="Segoe UI"/>
          <w:b/>
          <w:i w:val="0"/>
          <w:color w:val="334155"/>
          <w:sz w:val="20"/>
        </w:rPr>
        <w:t>Theo tỷ lệ phần trăm phân bổ:</w:t>
      </w:r>
      <w:r>
        <w:rPr>
          <w:rFonts w:ascii="Segoe UI" w:hAnsi="Segoe UI"/>
          <w:b w:val="0"/>
          <w:i w:val="0"/>
          <w:color w:val="334155"/>
          <w:sz w:val="20"/>
        </w:rPr>
        <w:t xml:space="preserve"> Chia lead theo năng lực của từng nhân sự (Ví dụ: Nhân viên Senior nhận 50%, Nhân viên Junior nhận 25%).</w:t>
      </w:r>
    </w:p>
    <w:p>
      <w:pPr>
        <w:pStyle w:val="ListBullet"/>
        <w:spacing w:after="40" w:line="276" w:lineRule="auto"/>
      </w:pPr>
      <w:r>
        <w:rPr>
          <w:rFonts w:ascii="Segoe UI" w:hAnsi="Segoe UI"/>
          <w:b/>
          <w:i w:val="0"/>
          <w:color w:val="334155"/>
          <w:sz w:val="20"/>
        </w:rPr>
        <w:t>Theo điều kiện lọc:</w:t>
      </w:r>
      <w:r>
        <w:rPr>
          <w:rFonts w:ascii="Segoe UI" w:hAnsi="Segoe UI"/>
          <w:b w:val="0"/>
          <w:i w:val="0"/>
          <w:color w:val="334155"/>
          <w:sz w:val="20"/>
        </w:rPr>
        <w:t xml:space="preserve"> Tự động chia lead miền Bắc cho nhóm Hà Nội, lead miền Nam cho nhóm TP.HCM.</w:t>
      </w:r>
    </w:p>
    <w:p>
      <w:pPr>
        <w:keepNext/>
        <w:spacing w:before="200" w:after="60"/>
      </w:pPr>
      <w:r>
        <w:rPr>
          <w:rFonts w:ascii="Segoe UI" w:hAnsi="Segoe UI"/>
          <w:b/>
          <w:i w:val="0"/>
          <w:color w:val="0F172A"/>
          <w:sz w:val="22"/>
        </w:rPr>
        <w:t>2. Cơ chế Tự động Thu hồi Lead về Kho chung (Lead Recycling)</w:t>
      </w:r>
    </w:p>
    <w:p>
      <w:pPr>
        <w:pStyle w:val="ListBullet"/>
        <w:spacing w:after="40" w:line="276" w:lineRule="auto"/>
      </w:pPr>
      <w:r>
        <w:rPr>
          <w:rFonts w:ascii="Segoe UI" w:hAnsi="Segoe UI"/>
          <w:b/>
          <w:i w:val="0"/>
          <w:color w:val="334155"/>
          <w:sz w:val="20"/>
        </w:rPr>
        <w:t>Mục đích:</w:t>
      </w:r>
      <w:r>
        <w:rPr>
          <w:rFonts w:ascii="Segoe UI" w:hAnsi="Segoe UI"/>
          <w:b w:val="0"/>
          <w:i w:val="0"/>
          <w:color w:val="334155"/>
          <w:sz w:val="20"/>
        </w:rPr>
        <w:t xml:space="preserve"> Chống tình trạng nhân viên nhận lead nhưng bỏ quên, không liên hệ kịp thời, gây lãng phí chi phí marketing.</w:t>
      </w:r>
    </w:p>
    <w:p>
      <w:pPr>
        <w:pStyle w:val="ListBullet"/>
        <w:spacing w:after="40" w:line="276" w:lineRule="auto"/>
      </w:pPr>
      <w:r>
        <w:rPr>
          <w:rFonts w:ascii="Segoe UI" w:hAnsi="Segoe UI"/>
          <w:b/>
          <w:i w:val="0"/>
          <w:color w:val="334155"/>
          <w:sz w:val="20"/>
        </w:rPr>
        <w:t>Cơ chế hoạt động:</w:t>
      </w:r>
    </w:p>
    <w:p>
      <w:pPr>
        <w:pStyle w:val="ListNumber"/>
        <w:spacing w:after="40" w:line="276" w:lineRule="auto"/>
      </w:pPr>
      <w:r>
        <w:rPr>
          <w:rFonts w:ascii="Segoe UI" w:hAnsi="Segoe UI"/>
          <w:b w:val="0"/>
          <w:i w:val="0"/>
          <w:color w:val="334155"/>
          <w:sz w:val="20"/>
        </w:rPr>
        <w:t xml:space="preserve">Quản trị viên kích hoạt công tắc </w:t>
      </w:r>
      <w:r>
        <w:rPr>
          <w:rFonts w:ascii="Segoe UI" w:hAnsi="Segoe UI"/>
          <w:b/>
          <w:i w:val="0"/>
          <w:color w:val="334155"/>
          <w:sz w:val="20"/>
        </w:rPr>
        <w:t>Tự động thu hồi khách hàng</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 xml:space="preserve">Thiết lập điều kiện: </w:t>
      </w:r>
      <w:r>
        <w:rPr>
          <w:rFonts w:ascii="Segoe UI" w:hAnsi="Segoe UI"/>
          <w:b w:val="0"/>
          <w:i/>
          <w:color w:val="334155"/>
          <w:sz w:val="20"/>
        </w:rPr>
        <w:t xml:space="preserve">"Nếu sau </w:t>
      </w:r>
      <w:r>
        <w:rPr>
          <w:rFonts w:ascii="Segoe UI" w:hAnsi="Segoe UI"/>
          <w:b w:val="0"/>
          <w:i/>
          <w:color w:val="334155"/>
          <w:sz w:val="20"/>
        </w:rPr>
        <w:t>[X] ngày</w:t>
      </w:r>
      <w:r>
        <w:rPr>
          <w:rFonts w:ascii="Segoe UI" w:hAnsi="Segoe UI"/>
          <w:b w:val="0"/>
          <w:i/>
          <w:color w:val="334155"/>
          <w:sz w:val="20"/>
        </w:rPr>
        <w:t xml:space="preserve"> kể từ khi được phân công mà nhân viên không phát sinh bất kỳ tương tác nào (không có cuộc gọi kết nối, không có ghi chú mới)"</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Hành vi hệ thống:</w:t>
      </w:r>
    </w:p>
    <w:p>
      <w:pPr>
        <w:pStyle w:val="ListBullet"/>
        <w:spacing w:after="40" w:line="276" w:lineRule="auto"/>
      </w:pPr>
      <w:r>
        <w:rPr>
          <w:rFonts w:ascii="Segoe UI" w:hAnsi="Segoe UI"/>
          <w:b w:val="0"/>
          <w:i w:val="0"/>
          <w:color w:val="334155"/>
          <w:sz w:val="20"/>
        </w:rPr>
        <w:t>Tự động hủy quyền phụ trách của nhân viên cũ.</w:t>
      </w:r>
    </w:p>
    <w:p>
      <w:pPr>
        <w:pStyle w:val="ListBullet"/>
        <w:spacing w:after="40" w:line="276" w:lineRule="auto"/>
      </w:pPr>
      <w:r>
        <w:rPr>
          <w:rFonts w:ascii="Segoe UI" w:hAnsi="Segoe UI"/>
          <w:b w:val="0"/>
          <w:i w:val="0"/>
          <w:color w:val="334155"/>
          <w:sz w:val="20"/>
        </w:rPr>
        <w:t xml:space="preserve">Thu hồi khách hàng về trạng thái </w:t>
      </w:r>
      <w:r>
        <w:rPr>
          <w:rFonts w:ascii="Segoe UI" w:hAnsi="Segoe UI"/>
          <w:b w:val="0"/>
          <w:i/>
          <w:color w:val="334155"/>
          <w:sz w:val="20"/>
        </w:rPr>
        <w:t>"Chưa phân công"</w:t>
      </w:r>
      <w:r>
        <w:rPr>
          <w:rFonts w:ascii="Segoe UI" w:hAnsi="Segoe UI"/>
          <w:b w:val="0"/>
          <w:i w:val="0"/>
          <w:color w:val="334155"/>
          <w:sz w:val="20"/>
        </w:rPr>
        <w:t xml:space="preserve"> (Kho chung).</w:t>
      </w:r>
    </w:p>
    <w:p>
      <w:pPr>
        <w:pStyle w:val="ListBullet"/>
        <w:spacing w:after="40" w:line="276" w:lineRule="auto"/>
      </w:pPr>
      <w:r>
        <w:rPr>
          <w:rFonts w:ascii="Segoe UI" w:hAnsi="Segoe UI"/>
          <w:b w:val="0"/>
          <w:i w:val="0"/>
          <w:color w:val="334155"/>
          <w:sz w:val="20"/>
        </w:rPr>
        <w:t>Tự động gửi thông báo cho Quản lý hoặc tự động chia tiếp cho một nhân viên khác chăm sóc.</w:t>
      </w:r>
    </w:p>
    <w:p>
      <w:pPr>
        <w:spacing w:after="80"/>
      </w:pPr>
    </w:p>
    <w:p>
      <w:pPr>
        <w:keepNext/>
        <w:spacing w:before="260" w:after="80"/>
      </w:pPr>
      <w:r>
        <w:rPr>
          <w:rFonts w:ascii="Segoe UI" w:hAnsi="Segoe UI"/>
          <w:b/>
          <w:i w:val="0"/>
          <w:color w:val="0284C7"/>
          <w:sz w:val="26"/>
        </w:rPr>
        <w:t>V.4 Xử lý Sự cố Cấu hình Trường dữ liệu (Troubleshooting)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Vấn đề</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Nguyên nhân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Hướng dẫn khắc phục</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Không thấy trường mới tạo hiển thị trên form</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Bạn chưa bật công tắc </w:t>
            </w:r>
            <w:r>
              <w:rPr>
                <w:rFonts w:ascii="Segoe UI" w:hAnsi="Segoe UI"/>
                <w:b w:val="0"/>
                <w:i/>
                <w:color w:val="1E293B"/>
                <w:sz w:val="18"/>
              </w:rPr>
              <w:t>Có sử dụng (Allow in form)</w:t>
            </w:r>
            <w:r>
              <w:rPr>
                <w:rFonts w:ascii="Segoe UI" w:hAnsi="Segoe UI"/>
                <w:b w:val="0"/>
                <w:i w:val="0"/>
                <w:color w:val="1E293B"/>
                <w:sz w:val="18"/>
              </w:rPr>
              <w:t xml:space="preserve"> cho trường đó.</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Vào lại trang Cài đặt trường dữ liệu, kiểm tra cột "Có sử dụng" và bật công tắc màu xanh.</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Báo lỗi không cho lưu khách hàng mới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Có một trường dữ liệu đang bật thuộc tính </w:t>
            </w:r>
            <w:r>
              <w:rPr>
                <w:rFonts w:ascii="Segoe UI" w:hAnsi="Segoe UI"/>
                <w:b w:val="0"/>
                <w:i/>
                <w:color w:val="1E293B"/>
                <w:sz w:val="18"/>
              </w:rPr>
              <w:t>Bắt buộc điền (Is must fill)</w:t>
            </w:r>
            <w:r>
              <w:rPr>
                <w:rFonts w:ascii="Segoe UI" w:hAnsi="Segoe UI"/>
                <w:b w:val="0"/>
                <w:i w:val="0"/>
                <w:color w:val="1E293B"/>
                <w:sz w:val="18"/>
              </w:rPr>
              <w:t xml:space="preserve"> nhưng bạn đang để trống.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Kiểm tra các trường có dấu sao đỏ </w:t>
            </w:r>
            <w:r>
              <w:rPr>
                <w:rFonts w:ascii="Consolas" w:hAnsi="Consolas"/>
                <w:b w:val="0"/>
                <w:i w:val="0"/>
                <w:color w:val="8B0000"/>
                <w:sz w:val="17"/>
              </w:rPr>
              <w:t>*</w:t>
            </w:r>
            <w:r>
              <w:rPr>
                <w:rFonts w:ascii="Segoe UI" w:hAnsi="Segoe UI"/>
                <w:b w:val="0"/>
                <w:i w:val="0"/>
                <w:color w:val="1E293B"/>
                <w:sz w:val="18"/>
              </w:rPr>
              <w:t xml:space="preserve"> trên form và nhập đầy đủ thông tin trước khi lưu.</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Lead mới không được tự động chia cho nhân viên</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Nhân viên trong danh sách phân bổ đang ở trạng thái Tắt nhận lead hoặc danh sách phân công rỗng.</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Kiểm tra tab </w:t>
            </w:r>
            <w:r>
              <w:rPr>
                <w:rFonts w:ascii="Segoe UI" w:hAnsi="Segoe UI"/>
                <w:b w:val="0"/>
                <w:i/>
                <w:color w:val="1E293B"/>
                <w:sz w:val="18"/>
              </w:rPr>
              <w:t>Cấu hình phân công</w:t>
            </w:r>
            <w:r>
              <w:rPr>
                <w:rFonts w:ascii="Segoe UI" w:hAnsi="Segoe UI"/>
                <w:b w:val="0"/>
                <w:i w:val="0"/>
                <w:color w:val="1E293B"/>
                <w:sz w:val="18"/>
              </w:rPr>
              <w:t>, đảm bảo danh sách nhân viên đang có ít nhất 1 người ở trạng thái hoạt động.</w:t>
            </w:r>
          </w:p>
        </w:tc>
      </w:tr>
    </w:tbl>
    <w:p>
      <w:pPr>
        <w:spacing w:after="80"/>
      </w:pPr>
    </w:p>
    <w:p>
      <w:pPr>
        <w:spacing w:after="80"/>
      </w:pPr>
    </w:p>
    <w:p>
      <w:pPr>
        <w:keepNext/>
        <w:spacing w:before="260" w:after="80"/>
      </w:pPr>
      <w:r>
        <w:rPr>
          <w:rFonts w:ascii="Segoe UI" w:hAnsi="Segoe UI"/>
          <w:b/>
          <w:i w:val="0"/>
          <w:color w:val="0284C7"/>
          <w:sz w:val="26"/>
        </w:rPr>
        <w:t>V.5 Câu hỏi thường gặp về Cấu hình Trường dữ liệu (FAQs)</w:t>
      </w:r>
    </w:p>
    <w:p>
      <w:pPr>
        <w:pStyle w:val="ListBullet"/>
        <w:spacing w:after="40" w:line="276" w:lineRule="auto"/>
      </w:pPr>
      <w:r>
        <w:rPr>
          <w:rFonts w:ascii="Segoe UI" w:hAnsi="Segoe UI"/>
          <w:b/>
          <w:i w:val="0"/>
          <w:color w:val="334155"/>
          <w:sz w:val="20"/>
        </w:rPr>
        <w:t>Q: Xóa một trường dữ liệu tùy chỉnh thì dữ liệu cũ của khách hàng có bị mất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Có.</w:t>
      </w:r>
      <w:r>
        <w:rPr>
          <w:rFonts w:ascii="Segoe UI" w:hAnsi="Segoe UI"/>
          <w:b w:val="0"/>
          <w:i w:val="0"/>
          <w:color w:val="334155"/>
          <w:sz w:val="20"/>
        </w:rPr>
        <w:t xml:space="preserve"> Nếu bạn xóa hoàn toàn trường dữ liệu, toàn bộ giá trị đã lưu trong trường đó ở tất cả khách hàng sẽ bị loại bỏ vĩnh viễn. Nếu chỉ muốn ẩn trường khỏi giao diện mà vẫn giữ dữ liệu, bạn chỉ cần </w:t>
      </w:r>
      <w:r>
        <w:rPr>
          <w:rFonts w:ascii="Segoe UI" w:hAnsi="Segoe UI"/>
          <w:b/>
          <w:i w:val="0"/>
          <w:color w:val="334155"/>
          <w:sz w:val="20"/>
        </w:rPr>
        <w:t>TẮT công tắc Có sử dụng</w:t>
      </w:r>
      <w:r>
        <w:rPr>
          <w:rFonts w:ascii="Segoe UI" w:hAnsi="Segoe UI"/>
          <w:b w:val="0"/>
          <w:i w:val="0"/>
          <w:color w:val="334155"/>
          <w:sz w:val="20"/>
        </w:rPr>
        <w:t xml:space="preserve"> thay vì xóa trường.</w:t>
      </w:r>
    </w:p>
    <w:p>
      <w:pPr>
        <w:pStyle w:val="ListBullet"/>
        <w:spacing w:after="40" w:line="276" w:lineRule="auto"/>
      </w:pPr>
      <w:r>
        <w:rPr>
          <w:rFonts w:ascii="Segoe UI" w:hAnsi="Segoe UI"/>
          <w:b/>
          <w:i w:val="0"/>
          <w:color w:val="334155"/>
          <w:sz w:val="20"/>
        </w:rPr>
        <w:t>Q: Có thể đổi kiểu dữ liệu của một trường sau khi đã tạo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Không khuyến khích.</w:t>
      </w:r>
      <w:r>
        <w:rPr>
          <w:rFonts w:ascii="Segoe UI" w:hAnsi="Segoe UI"/>
          <w:b w:val="0"/>
          <w:i w:val="0"/>
          <w:color w:val="334155"/>
          <w:sz w:val="20"/>
        </w:rPr>
        <w:t xml:space="preserve"> Việc thay đổi kiểu dữ liệu (ví dụ: từ Nhập chữ sang Số) có thể làm sai lệch dữ liệu đã nhập trước đó. Hãy tạo một trường mới với kiểu dữ liệu mong muốn nếu cần chuyển đổi.</w:t>
      </w:r>
    </w:p>
    <w:p>
      <w:r>
        <w:br w:type="page"/>
      </w:r>
    </w:p>
    <w:p>
      <w:pPr>
        <w:spacing w:before="280" w:after="80"/>
      </w:pPr>
      <w:r>
        <w:rPr>
          <w:rFonts w:ascii="Segoe UI" w:hAnsi="Segoe UI"/>
          <w:b/>
          <w:i w:val="0"/>
          <w:color w:val="1E3A8A"/>
          <w:sz w:val="32"/>
        </w:rPr>
        <w:t>CHƯƠNG VI: QUY TRÌNH NHẬP &amp; XUẤT DỮ LIỆU (IMPORT &amp; EXPORT)</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0F9FF"/>
            <w:tcBorders>
              <w:top w:val="none"/>
              <w:bottom w:val="none"/>
              <w:left w:val="single" w:sz="24" w:space="0" w:color="0284C7"/>
              <w:right w:val="none"/>
            </w:tcBorders>
          </w:tcPr>
          <w:p>
            <w:pPr>
              <w:spacing w:after="60" w:line="276" w:lineRule="auto"/>
            </w:pPr>
            <w:r>
              <w:rPr>
                <w:rFonts w:ascii="Segoe UI" w:hAnsi="Segoe UI"/>
                <w:b/>
                <w:i w:val="0"/>
                <w:color w:val="0284C7"/>
                <w:sz w:val="20"/>
              </w:rPr>
              <w:t>ℹ️ BỐI CẢNH &amp; MỤC TIÊU</w:t>
            </w:r>
          </w:p>
          <w:p>
            <w:pPr>
              <w:spacing w:after="40" w:line="276" w:lineRule="auto"/>
            </w:pPr>
            <w:r>
              <w:rPr>
                <w:rFonts w:ascii="Segoe UI" w:hAnsi="Segoe UI"/>
                <w:b/>
                <w:i w:val="0"/>
                <w:color w:val="333333"/>
                <w:sz w:val="19"/>
              </w:rPr>
              <w:t>Mục tiêu:</w:t>
            </w:r>
            <w:r>
              <w:rPr>
                <w:rFonts w:ascii="Segoe UI" w:hAnsi="Segoe UI"/>
                <w:b w:val="0"/>
                <w:i w:val="0"/>
                <w:color w:val="333333"/>
                <w:sz w:val="19"/>
              </w:rPr>
              <w:t xml:space="preserve"> Hướng dẫn chi tiết quy trình đưa hàng loạt dữ liệu khách hàng từ file Excel/CSV vào hệ thống UCALL/Adahub một cách chính xác, xử lý triệt để trùng lặp số điện thoại/email, cũng như trích xuất dữ liệu ra file phục vụ báo cáo và lưu trữ.</w:t>
            </w:r>
          </w:p>
        </w:tc>
      </w:tr>
    </w:tbl>
    <w:p>
      <w:pPr>
        <w:spacing w:after="80"/>
      </w:pPr>
    </w:p>
    <w:p>
      <w:pPr>
        <w:spacing w:after="80"/>
      </w:pPr>
    </w:p>
    <w:p>
      <w:pPr>
        <w:keepNext/>
        <w:spacing w:before="260" w:after="80"/>
      </w:pPr>
      <w:r>
        <w:rPr>
          <w:rFonts w:ascii="Segoe UI" w:hAnsi="Segoe UI"/>
          <w:b/>
          <w:i w:val="0"/>
          <w:color w:val="0284C7"/>
          <w:sz w:val="26"/>
        </w:rPr>
        <w:t>VI.1 Hướng dẫn Nhập Khách hàng từ File Excel / CSV (Import Wizard)</w:t>
      </w:r>
    </w:p>
    <w:p>
      <w:pPr>
        <w:spacing w:after="80" w:line="276" w:lineRule="auto"/>
      </w:pPr>
      <w:r>
        <w:rPr>
          <w:rFonts w:ascii="Segoe UI" w:hAnsi="Segoe UI"/>
          <w:b w:val="0"/>
          <w:i w:val="0"/>
          <w:color w:val="1E293B"/>
          <w:sz w:val="20"/>
        </w:rPr>
        <w:t>Tính năng Import cho phép bạn nạp hàng ngàn khách hàng vào hệ thống chỉ trong vài phút thông qua quy trình 3 bước chuẩn mực:</w:t>
      </w:r>
    </w:p>
    <w:p>
      <w:pPr>
        <w:spacing w:after="80" w:line="276" w:lineRule="auto"/>
      </w:pPr>
      <w:r>
        <w:rPr>
          <w:rFonts w:ascii="Segoe UI" w:hAnsi="Segoe UI"/>
          <w:b/>
          <w:i w:val="0"/>
          <w:color w:val="1E293B"/>
          <w:sz w:val="20"/>
        </w:rPr>
        <w:t>Đường dẫn truy cập:</w:t>
      </w:r>
    </w:p>
    <w:p>
      <w:pPr>
        <w:spacing w:after="80" w:line="276" w:lineRule="auto"/>
      </w:pPr>
      <w:r>
        <w:rPr>
          <w:rFonts w:ascii="Segoe UI" w:hAnsi="Segoe UI"/>
          <w:b w:val="0"/>
          <w:i w:val="0"/>
          <w:color w:val="1E293B"/>
          <w:sz w:val="20"/>
        </w:rPr>
        <w:t>Từ màn hình Danh sách khách hàng (</w:t>
      </w:r>
      <w:r>
        <w:rPr>
          <w:rFonts w:ascii="Consolas" w:hAnsi="Consolas"/>
          <w:b w:val="0"/>
          <w:i w:val="0"/>
          <w:color w:val="8B0000"/>
          <w:sz w:val="19"/>
        </w:rPr>
        <w:t>/dashboard/&lt;mã_công_ty&gt;/contacts/contact</w:t>
      </w:r>
      <w:r>
        <w:rPr>
          <w:rFonts w:ascii="Segoe UI" w:hAnsi="Segoe UI"/>
          <w:b w:val="0"/>
          <w:i w:val="0"/>
          <w:color w:val="1E293B"/>
          <w:sz w:val="20"/>
        </w:rPr>
        <w:t xml:space="preserve">), bấm vào nút </w:t>
      </w:r>
      <w:r>
        <w:rPr>
          <w:rFonts w:ascii="Segoe UI" w:hAnsi="Segoe UI"/>
          <w:b/>
          <w:i w:val="0"/>
          <w:color w:val="1E293B"/>
          <w:sz w:val="20"/>
        </w:rPr>
        <w:t>Nhập file</w:t>
      </w:r>
      <w:r>
        <w:rPr>
          <w:rFonts w:ascii="Segoe UI" w:hAnsi="Segoe UI"/>
          <w:b w:val="0"/>
          <w:i w:val="0"/>
          <w:color w:val="1E293B"/>
          <w:sz w:val="20"/>
        </w:rPr>
        <w:t xml:space="preserve"> ở góc trên bên phải (hoặc truy cập trực tiếp: </w:t>
      </w:r>
      <w:r>
        <w:rPr>
          <w:rFonts w:ascii="Consolas" w:hAnsi="Consolas"/>
          <w:b w:val="0"/>
          <w:i w:val="0"/>
          <w:color w:val="8B0000"/>
          <w:sz w:val="19"/>
        </w:rPr>
        <w:t>/dashboard/&lt;mã_công_ty&gt;/contacts/import</w:t>
      </w:r>
      <w:r>
        <w:rPr>
          <w:rFonts w:ascii="Segoe UI" w:hAnsi="Segoe UI"/>
          <w:b w:val="0"/>
          <w:i w:val="0"/>
          <w:color w:val="1E293B"/>
          <w:sz w:val="20"/>
        </w:rPr>
        <w:t>).</w:t>
      </w:r>
    </w:p>
    <w:p>
      <w:pPr>
        <w:spacing w:after="80"/>
      </w:pPr>
    </w:p>
    <w:p>
      <w:pPr>
        <w:keepNext/>
        <w:spacing w:before="200" w:after="60"/>
      </w:pPr>
      <w:r>
        <w:rPr>
          <w:rFonts w:ascii="Segoe UI" w:hAnsi="Segoe UI"/>
          <w:b/>
          <w:i w:val="0"/>
          <w:color w:val="0F172A"/>
          <w:sz w:val="22"/>
        </w:rPr>
        <w:t>Bước 1: Tải file lên &amp; Chọn danh sách đích (Upload File)</w:t>
      </w:r>
    </w:p>
    <w:p>
      <w:pPr>
        <w:pStyle w:val="ListNumber"/>
        <w:spacing w:after="40" w:line="276" w:lineRule="auto"/>
      </w:pPr>
      <w:r>
        <w:rPr>
          <w:rFonts w:ascii="Segoe UI" w:hAnsi="Segoe UI"/>
          <w:b/>
          <w:i w:val="0"/>
          <w:color w:val="334155"/>
          <w:sz w:val="20"/>
        </w:rPr>
        <w:t>Chuẩn bị file dữ liệu:</w:t>
      </w:r>
    </w:p>
    <w:p>
      <w:pPr>
        <w:pStyle w:val="ListBullet"/>
        <w:spacing w:after="40" w:line="276" w:lineRule="auto"/>
      </w:pPr>
      <w:r>
        <w:rPr>
          <w:rFonts w:ascii="Segoe UI" w:hAnsi="Segoe UI"/>
          <w:b w:val="0"/>
          <w:i w:val="0"/>
          <w:color w:val="334155"/>
          <w:sz w:val="20"/>
        </w:rPr>
        <w:t xml:space="preserve">Hệ thống hỗ trợ các định dạng: </w:t>
      </w:r>
      <w:r>
        <w:rPr>
          <w:rFonts w:ascii="Consolas" w:hAnsi="Consolas"/>
          <w:b w:val="0"/>
          <w:i w:val="0"/>
          <w:color w:val="8B0000"/>
          <w:sz w:val="19"/>
        </w:rPr>
        <w:t>.xlsx</w:t>
      </w:r>
      <w:r>
        <w:rPr>
          <w:rFonts w:ascii="Segoe UI" w:hAnsi="Segoe UI"/>
          <w:b w:val="0"/>
          <w:i w:val="0"/>
          <w:color w:val="334155"/>
          <w:sz w:val="20"/>
        </w:rPr>
        <w:t xml:space="preserve">, </w:t>
      </w:r>
      <w:r>
        <w:rPr>
          <w:rFonts w:ascii="Consolas" w:hAnsi="Consolas"/>
          <w:b w:val="0"/>
          <w:i w:val="0"/>
          <w:color w:val="8B0000"/>
          <w:sz w:val="19"/>
        </w:rPr>
        <w:t>.xls</w:t>
      </w:r>
      <w:r>
        <w:rPr>
          <w:rFonts w:ascii="Segoe UI" w:hAnsi="Segoe UI"/>
          <w:b w:val="0"/>
          <w:i w:val="0"/>
          <w:color w:val="334155"/>
          <w:sz w:val="20"/>
        </w:rPr>
        <w:t xml:space="preserve">, </w:t>
      </w:r>
      <w:r>
        <w:rPr>
          <w:rFonts w:ascii="Consolas" w:hAnsi="Consolas"/>
          <w:b w:val="0"/>
          <w:i w:val="0"/>
          <w:color w:val="8B0000"/>
          <w:sz w:val="19"/>
        </w:rPr>
        <w:t>.csv</w:t>
      </w:r>
      <w:r>
        <w:rPr>
          <w:rFonts w:ascii="Segoe UI" w:hAnsi="Segoe UI"/>
          <w:b w:val="0"/>
          <w:i w:val="0"/>
          <w:color w:val="334155"/>
          <w:sz w:val="20"/>
        </w:rPr>
        <w:t xml:space="preserve"> với dung lượng tối đa </w:t>
      </w:r>
      <w:r>
        <w:rPr>
          <w:rFonts w:ascii="Segoe UI" w:hAnsi="Segoe UI"/>
          <w:b/>
          <w:i w:val="0"/>
          <w:color w:val="334155"/>
          <w:sz w:val="20"/>
        </w:rPr>
        <w:t>20MB</w:t>
      </w:r>
      <w:r>
        <w:rPr>
          <w:rFonts w:ascii="Segoe UI" w:hAnsi="Segoe UI"/>
          <w:b w:val="0"/>
          <w:i w:val="0"/>
          <w:color w:val="334155"/>
          <w:sz w:val="20"/>
        </w:rPr>
        <w:t>.</w:t>
      </w:r>
    </w:p>
    <w:p>
      <w:pPr>
        <w:pStyle w:val="ListBullet"/>
        <w:spacing w:after="40" w:line="276" w:lineRule="auto"/>
      </w:pPr>
      <w:r>
        <w:rPr>
          <w:rFonts w:ascii="Segoe UI" w:hAnsi="Segoe UI"/>
          <w:b w:val="0"/>
          <w:i w:val="0"/>
          <w:color w:val="334155"/>
          <w:sz w:val="20"/>
        </w:rPr>
        <w:t xml:space="preserve">Bấm vào liên kết </w:t>
      </w:r>
      <w:r>
        <w:rPr>
          <w:rFonts w:ascii="Segoe UI" w:hAnsi="Segoe UI"/>
          <w:b/>
          <w:i w:val="0"/>
          <w:color w:val="334155"/>
          <w:sz w:val="20"/>
        </w:rPr>
        <w:t>Tải file mẫu</w:t>
      </w:r>
      <w:r>
        <w:rPr>
          <w:rFonts w:ascii="Segoe UI" w:hAnsi="Segoe UI"/>
          <w:b w:val="0"/>
          <w:i w:val="0"/>
          <w:color w:val="334155"/>
          <w:sz w:val="20"/>
        </w:rPr>
        <w:t xml:space="preserve"> trên màn hình để tải file Excel tiêu chuẩn của hệ thống về máy tính.</w:t>
      </w:r>
    </w:p>
    <w:p>
      <w:pPr>
        <w:pStyle w:val="ListBullet"/>
        <w:spacing w:after="40" w:line="276" w:lineRule="auto"/>
      </w:pPr>
      <w:r>
        <w:rPr>
          <w:rFonts w:ascii="Segoe UI" w:hAnsi="Segoe UI"/>
          <w:b w:val="0"/>
          <w:i w:val="0"/>
          <w:color w:val="334155"/>
          <w:sz w:val="20"/>
        </w:rPr>
        <w:t>Sao chép dữ liệu khách hàng của bạn vào đúng các cột trong file mẫu (Họ tên, Số điện thoại, Email, Tỉnh thành, Nguồn lead,...).</w:t>
      </w:r>
    </w:p>
    <w:p>
      <w:pPr>
        <w:pStyle w:val="ListNumber"/>
        <w:spacing w:after="40" w:line="276" w:lineRule="auto"/>
      </w:pPr>
      <w:r>
        <w:rPr>
          <w:rFonts w:ascii="Segoe UI" w:hAnsi="Segoe UI"/>
          <w:b/>
          <w:i w:val="0"/>
          <w:color w:val="334155"/>
          <w:sz w:val="20"/>
        </w:rPr>
        <w:t>Kéo thả hoặc chọn file:</w:t>
      </w:r>
      <w:r>
        <w:rPr>
          <w:rFonts w:ascii="Segoe UI" w:hAnsi="Segoe UI"/>
          <w:b w:val="0"/>
          <w:i w:val="0"/>
          <w:color w:val="334155"/>
          <w:sz w:val="20"/>
        </w:rPr>
        <w:t xml:space="preserve"> Bấm vào khung tải lên để chọn file dữ liệu từ máy tính của bạn.</w:t>
      </w:r>
    </w:p>
    <w:p>
      <w:pPr>
        <w:pStyle w:val="ListNumber"/>
        <w:spacing w:after="40" w:line="276" w:lineRule="auto"/>
      </w:pPr>
      <w:r>
        <w:rPr>
          <w:rFonts w:ascii="Segoe UI" w:hAnsi="Segoe UI"/>
          <w:b/>
          <w:i w:val="0"/>
          <w:color w:val="334155"/>
          <w:sz w:val="20"/>
        </w:rPr>
        <w:t>Chọn Danh sách khách hàng mục tiêu:</w:t>
      </w:r>
      <w:r>
        <w:rPr>
          <w:rFonts w:ascii="Segoe UI" w:hAnsi="Segoe UI"/>
          <w:b w:val="0"/>
          <w:i w:val="0"/>
          <w:color w:val="334155"/>
          <w:sz w:val="20"/>
        </w:rPr>
        <w:t xml:space="preserve"> Chọn một danh sách liên hệ để gom nhóm toàn bộ tập dữ liệu vừa nhập (hoặc bấm tạo danh sách mới).</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Tiếp tục</w:t>
      </w:r>
      <w:r>
        <w:rPr>
          <w:rFonts w:ascii="Segoe UI" w:hAnsi="Segoe UI"/>
          <w:b w:val="0"/>
          <w:i w:val="0"/>
          <w:color w:val="334155"/>
          <w:sz w:val="20"/>
        </w:rPr>
        <w:t>.</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FF5F5"/>
            <w:tcBorders>
              <w:top w:val="none"/>
              <w:bottom w:val="none"/>
              <w:left w:val="single" w:sz="24" w:space="0" w:color="DC2626"/>
              <w:right w:val="none"/>
            </w:tcBorders>
          </w:tcPr>
          <w:p>
            <w:pPr>
              <w:spacing w:after="60" w:line="276" w:lineRule="auto"/>
            </w:pPr>
            <w:r>
              <w:rPr>
                <w:rFonts w:ascii="Segoe UI" w:hAnsi="Segoe UI"/>
                <w:b/>
                <w:i w:val="0"/>
                <w:color w:val="DC2626"/>
                <w:sz w:val="20"/>
              </w:rPr>
              <w:t>⚠️ CẢNH BÁO AN TOÀN DỮ LIỆU</w:t>
            </w:r>
          </w:p>
          <w:p>
            <w:pPr>
              <w:spacing w:after="40" w:line="276" w:lineRule="auto"/>
            </w:pPr>
            <w:r>
              <w:rPr>
                <w:rFonts w:ascii="Segoe UI" w:hAnsi="Segoe UI"/>
                <w:b/>
                <w:i w:val="0"/>
                <w:color w:val="333333"/>
                <w:sz w:val="19"/>
              </w:rPr>
              <w:t>Định dạng số điện thoại chuẩn:</w:t>
            </w:r>
            <w:r>
              <w:rPr>
                <w:rFonts w:ascii="Segoe UI" w:hAnsi="Segoe UI"/>
                <w:b w:val="0"/>
                <w:i w:val="0"/>
                <w:color w:val="333333"/>
                <w:sz w:val="19"/>
              </w:rPr>
              <w:t xml:space="preserve"> Đảm bảo cột số điện thoại không bị mất số </w:t>
            </w:r>
            <w:r>
              <w:rPr>
                <w:rFonts w:ascii="Consolas" w:hAnsi="Consolas"/>
                <w:b w:val="0"/>
                <w:i w:val="0"/>
                <w:color w:val="8B0000"/>
                <w:sz w:val="18"/>
              </w:rPr>
              <w:t>0</w:t>
            </w:r>
            <w:r>
              <w:rPr>
                <w:rFonts w:ascii="Segoe UI" w:hAnsi="Segoe UI"/>
                <w:b w:val="0"/>
                <w:i w:val="0"/>
                <w:color w:val="333333"/>
                <w:sz w:val="19"/>
              </w:rPr>
              <w:t xml:space="preserve"> ở đầu (chuyển định dạng cột sang dạng Text trong Excel trước khi lưu). Các số điện thoại hợp lệ tại Việt Nam gồm 10 chữ số (Ví dụ: </w:t>
            </w:r>
            <w:r>
              <w:rPr>
                <w:rFonts w:ascii="Consolas" w:hAnsi="Consolas"/>
                <w:b w:val="0"/>
                <w:i w:val="0"/>
                <w:color w:val="8B0000"/>
                <w:sz w:val="18"/>
              </w:rPr>
              <w:t>0912345678</w:t>
            </w:r>
            <w:r>
              <w:rPr>
                <w:rFonts w:ascii="Segoe UI" w:hAnsi="Segoe UI"/>
                <w:b w:val="0"/>
                <w:i w:val="0"/>
                <w:color w:val="333333"/>
                <w:sz w:val="19"/>
              </w:rPr>
              <w:t xml:space="preserve"> hoặc </w:t>
            </w:r>
            <w:r>
              <w:rPr>
                <w:rFonts w:ascii="Consolas" w:hAnsi="Consolas"/>
                <w:b w:val="0"/>
                <w:i w:val="0"/>
                <w:color w:val="8B0000"/>
                <w:sz w:val="18"/>
              </w:rPr>
              <w:t>84912345678</w:t>
            </w:r>
            <w:r>
              <w:rPr>
                <w:rFonts w:ascii="Segoe UI" w:hAnsi="Segoe UI"/>
                <w:b w:val="0"/>
                <w:i w:val="0"/>
                <w:color w:val="333333"/>
                <w:sz w:val="19"/>
              </w:rPr>
              <w:t>).</w:t>
            </w:r>
          </w:p>
        </w:tc>
      </w:tr>
    </w:tbl>
    <w:p>
      <w:pPr>
        <w:spacing w:after="80"/>
      </w:pPr>
    </w:p>
    <w:p>
      <w:pPr>
        <w:spacing w:after="80"/>
      </w:pPr>
    </w:p>
    <w:p>
      <w:pPr>
        <w:keepNext/>
        <w:spacing w:before="200" w:after="60"/>
      </w:pPr>
      <w:r>
        <w:rPr>
          <w:rFonts w:ascii="Segoe UI" w:hAnsi="Segoe UI"/>
          <w:b/>
          <w:i w:val="0"/>
          <w:color w:val="0F172A"/>
          <w:sz w:val="22"/>
        </w:rPr>
        <w:t>Bước 2: Ghép nối Cột dữ liệu (Column Mapping)</w:t>
      </w:r>
    </w:p>
    <w:p>
      <w:pPr>
        <w:spacing w:after="80" w:line="276" w:lineRule="auto"/>
      </w:pPr>
      <w:r>
        <w:rPr>
          <w:rFonts w:ascii="Segoe UI" w:hAnsi="Segoe UI"/>
          <w:b w:val="0"/>
          <w:i w:val="0"/>
          <w:color w:val="1E293B"/>
          <w:sz w:val="20"/>
        </w:rPr>
        <w:t>Hệ thống sẽ hiển thị bảng đối chiếu giữa các cột trong file Excel của bạn với các trường dữ liệu tương ứng trên hệ thống:</w:t>
      </w:r>
    </w:p>
    <w:p>
      <w:pPr>
        <w:pStyle w:val="ListNumber"/>
        <w:spacing w:after="40" w:line="276" w:lineRule="auto"/>
      </w:pPr>
      <w:r>
        <w:rPr>
          <w:rFonts w:ascii="Segoe UI" w:hAnsi="Segoe UI"/>
          <w:b/>
          <w:i w:val="0"/>
          <w:color w:val="334155"/>
          <w:sz w:val="20"/>
        </w:rPr>
        <w:t>Kiểm tra tự động:</w:t>
      </w:r>
      <w:r>
        <w:rPr>
          <w:rFonts w:ascii="Segoe UI" w:hAnsi="Segoe UI"/>
          <w:b w:val="0"/>
          <w:i w:val="0"/>
          <w:color w:val="334155"/>
          <w:sz w:val="20"/>
        </w:rPr>
        <w:t xml:space="preserve"> Hệ thống tự động nhận diện các cột có tên trùng khớp (Ví dụ: cột "Họ tên" trong file Excel tự động ghép với trường "Họ và tên" trên CRM).</w:t>
      </w:r>
    </w:p>
    <w:p>
      <w:pPr>
        <w:pStyle w:val="ListNumber"/>
        <w:spacing w:after="40" w:line="276" w:lineRule="auto"/>
      </w:pPr>
      <w:r>
        <w:rPr>
          <w:rFonts w:ascii="Segoe UI" w:hAnsi="Segoe UI"/>
          <w:b/>
          <w:i w:val="0"/>
          <w:color w:val="334155"/>
          <w:sz w:val="20"/>
        </w:rPr>
        <w:t>Ghép nối thủ công:</w:t>
      </w:r>
      <w:r>
        <w:rPr>
          <w:rFonts w:ascii="Segoe UI" w:hAnsi="Segoe UI"/>
          <w:b w:val="0"/>
          <w:i w:val="0"/>
          <w:color w:val="334155"/>
          <w:sz w:val="20"/>
        </w:rPr>
        <w:t xml:space="preserve"> Đối với các cột chưa được ghép tự động, nhấp vào danh sách thả xuống ở cột bên phải để chọn trường tương ứng trên hệ thống.</w:t>
      </w:r>
    </w:p>
    <w:p>
      <w:pPr>
        <w:pStyle w:val="ListNumber"/>
        <w:spacing w:after="40" w:line="276" w:lineRule="auto"/>
      </w:pPr>
      <w:r>
        <w:rPr>
          <w:rFonts w:ascii="Segoe UI" w:hAnsi="Segoe UI"/>
          <w:b/>
          <w:i w:val="0"/>
          <w:color w:val="334155"/>
          <w:sz w:val="20"/>
        </w:rPr>
        <w:t>Bỏ qua cột:</w:t>
      </w:r>
      <w:r>
        <w:rPr>
          <w:rFonts w:ascii="Segoe UI" w:hAnsi="Segoe UI"/>
          <w:b w:val="0"/>
          <w:i w:val="0"/>
          <w:color w:val="334155"/>
          <w:sz w:val="20"/>
        </w:rPr>
        <w:t xml:space="preserve"> Nếu có những cột thông tin trong file Excel không cần nhập vào CRM, bạn có thể chọn </w:t>
      </w:r>
      <w:r>
        <w:rPr>
          <w:rFonts w:ascii="Segoe UI" w:hAnsi="Segoe UI"/>
          <w:b w:val="0"/>
          <w:i/>
          <w:color w:val="334155"/>
          <w:sz w:val="20"/>
        </w:rPr>
        <w:t>"Bỏ qua cột này"</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Tiếp tục</w:t>
      </w:r>
      <w:r>
        <w:rPr>
          <w:rFonts w:ascii="Segoe UI" w:hAnsi="Segoe UI"/>
          <w:b w:val="0"/>
          <w:i w:val="0"/>
          <w:color w:val="334155"/>
          <w:sz w:val="20"/>
        </w:rPr>
        <w:t>.</w:t>
      </w:r>
    </w:p>
    <w:p>
      <w:pPr>
        <w:spacing w:after="80"/>
      </w:pPr>
    </w:p>
    <w:p>
      <w:pPr>
        <w:keepNext/>
        <w:spacing w:before="200" w:after="60"/>
      </w:pPr>
      <w:r>
        <w:rPr>
          <w:rFonts w:ascii="Segoe UI" w:hAnsi="Segoe UI"/>
          <w:b/>
          <w:i w:val="0"/>
          <w:color w:val="0F172A"/>
          <w:sz w:val="22"/>
        </w:rPr>
        <w:t>Bước 3: Cấu hình Kiểm tra Trùng lặp (Duplicate Handling)</w:t>
      </w:r>
    </w:p>
    <w:p>
      <w:pPr>
        <w:spacing w:after="80" w:line="276" w:lineRule="auto"/>
      </w:pPr>
      <w:r>
        <w:rPr>
          <w:rFonts w:ascii="Segoe UI" w:hAnsi="Segoe UI"/>
          <w:b w:val="0"/>
          <w:i w:val="0"/>
          <w:color w:val="1E293B"/>
          <w:sz w:val="20"/>
        </w:rPr>
        <w:t>Đây là bước then chốt giúp bảo vệ tính toàn vẹn và sạch sẽ của cơ sở dữ liệu:</w:t>
      </w:r>
    </w:p>
    <w:p>
      <w:pPr>
        <w:pStyle w:val="ListNumber"/>
        <w:spacing w:after="40" w:line="276" w:lineRule="auto"/>
      </w:pPr>
      <w:r>
        <w:rPr>
          <w:rFonts w:ascii="Segoe UI" w:hAnsi="Segoe UI"/>
          <w:b/>
          <w:i w:val="0"/>
          <w:color w:val="334155"/>
          <w:sz w:val="20"/>
        </w:rPr>
        <w:t>Chọn Tiêu chí kiểm tra trùng lặp:</w:t>
      </w:r>
    </w:p>
    <w:p>
      <w:pPr>
        <w:pStyle w:val="ListBullet"/>
        <w:spacing w:after="40" w:line="276" w:lineRule="auto"/>
      </w:pPr>
      <w:r>
        <w:rPr>
          <w:rFonts w:ascii="Segoe UI" w:hAnsi="Segoe UI"/>
          <w:b/>
          <w:i w:val="0"/>
          <w:color w:val="334155"/>
          <w:sz w:val="20"/>
        </w:rPr>
        <w:t>Số điện thoại (Phone):</w:t>
      </w:r>
      <w:r>
        <w:rPr>
          <w:rFonts w:ascii="Segoe UI" w:hAnsi="Segoe UI"/>
          <w:b w:val="0"/>
          <w:i w:val="0"/>
          <w:color w:val="334155"/>
          <w:sz w:val="20"/>
        </w:rPr>
        <w:t xml:space="preserve"> Khuyên dùng nhất; khách hàng có cùng số điện thoại sẽ bị phát hiện trùng.</w:t>
      </w:r>
    </w:p>
    <w:p>
      <w:pPr>
        <w:pStyle w:val="ListBullet"/>
        <w:spacing w:after="40" w:line="276" w:lineRule="auto"/>
      </w:pPr>
      <w:r>
        <w:rPr>
          <w:rFonts w:ascii="Segoe UI" w:hAnsi="Segoe UI"/>
          <w:b/>
          <w:i w:val="0"/>
          <w:color w:val="334155"/>
          <w:sz w:val="20"/>
        </w:rPr>
        <w:t>Email:</w:t>
      </w:r>
      <w:r>
        <w:rPr>
          <w:rFonts w:ascii="Segoe UI" w:hAnsi="Segoe UI"/>
          <w:b w:val="0"/>
          <w:i w:val="0"/>
          <w:color w:val="334155"/>
          <w:sz w:val="20"/>
        </w:rPr>
        <w:t xml:space="preserve"> Khách hàng có cùng địa chỉ email sẽ bị phát hiện trùng.</w:t>
      </w:r>
    </w:p>
    <w:p>
      <w:pPr>
        <w:pStyle w:val="ListBullet"/>
        <w:spacing w:after="40" w:line="276" w:lineRule="auto"/>
      </w:pPr>
      <w:r>
        <w:rPr>
          <w:rFonts w:ascii="Segoe UI" w:hAnsi="Segoe UI"/>
          <w:b/>
          <w:i w:val="0"/>
          <w:color w:val="334155"/>
          <w:sz w:val="20"/>
        </w:rPr>
        <w:t>Cả Số điện thoại và Email:</w:t>
      </w:r>
      <w:r>
        <w:rPr>
          <w:rFonts w:ascii="Segoe UI" w:hAnsi="Segoe UI"/>
          <w:b w:val="0"/>
          <w:i w:val="0"/>
          <w:color w:val="334155"/>
          <w:sz w:val="20"/>
        </w:rPr>
        <w:t xml:space="preserve"> Trùng một trong hai thông tin sẽ bị coi là trùng lặp.</w:t>
      </w:r>
    </w:p>
    <w:p>
      <w:pPr>
        <w:pStyle w:val="ListNumber"/>
        <w:spacing w:after="40" w:line="276" w:lineRule="auto"/>
      </w:pPr>
      <w:r>
        <w:rPr>
          <w:rFonts w:ascii="Segoe UI" w:hAnsi="Segoe UI"/>
          <w:b/>
          <w:i w:val="0"/>
          <w:color w:val="334155"/>
          <w:sz w:val="20"/>
        </w:rPr>
        <w:t>Lựa chọn Hành vi xử lý khi phát hiện trùng lặp:</w:t>
      </w:r>
    </w:p>
    <w:p>
      <w:pPr>
        <w:pStyle w:val="ListBullet"/>
        <w:spacing w:after="40" w:line="276" w:lineRule="auto"/>
      </w:pPr>
      <w:r>
        <w:rPr>
          <w:rFonts w:ascii="Segoe UI" w:hAnsi="Segoe UI"/>
          <w:b/>
          <w:i w:val="0"/>
          <w:color w:val="334155"/>
          <w:sz w:val="20"/>
        </w:rPr>
        <w:t>Bỏ qua bản ghi trùng (Khuyên dùng):</w:t>
      </w:r>
      <w:r>
        <w:rPr>
          <w:rFonts w:ascii="Segoe UI" w:hAnsi="Segoe UI"/>
          <w:b w:val="0"/>
          <w:i w:val="0"/>
          <w:color w:val="334155"/>
          <w:sz w:val="20"/>
        </w:rPr>
        <w:t xml:space="preserve"> Giữ nguyên dữ liệu khách hàng cũ trên hệ thống, không nhập bản ghi trùng từ file Excel vào.</w:t>
      </w:r>
    </w:p>
    <w:p>
      <w:pPr>
        <w:pStyle w:val="ListBullet"/>
        <w:spacing w:after="40" w:line="276" w:lineRule="auto"/>
      </w:pPr>
      <w:r>
        <w:rPr>
          <w:rFonts w:ascii="Segoe UI" w:hAnsi="Segoe UI"/>
          <w:b/>
          <w:i w:val="0"/>
          <w:color w:val="334155"/>
          <w:sz w:val="20"/>
        </w:rPr>
        <w:t>Cập nhật đè dữ liệu mới:</w:t>
      </w:r>
      <w:r>
        <w:rPr>
          <w:rFonts w:ascii="Segoe UI" w:hAnsi="Segoe UI"/>
          <w:b w:val="0"/>
          <w:i w:val="0"/>
          <w:color w:val="334155"/>
          <w:sz w:val="20"/>
        </w:rPr>
        <w:t xml:space="preserve"> Giữ lại khách hàng cũ nhưng cập nhật đè các trường thông tin mới từ file Excel vào hồ sơ đó.</w:t>
      </w:r>
    </w:p>
    <w:p>
      <w:pPr>
        <w:pStyle w:val="ListBullet"/>
        <w:spacing w:after="40" w:line="276" w:lineRule="auto"/>
      </w:pPr>
      <w:r>
        <w:rPr>
          <w:rFonts w:ascii="Segoe UI" w:hAnsi="Segoe UI"/>
          <w:b/>
          <w:i w:val="0"/>
          <w:color w:val="334155"/>
          <w:sz w:val="20"/>
        </w:rPr>
        <w:t>Cho phép tạo trùng:</w:t>
      </w:r>
      <w:r>
        <w:rPr>
          <w:rFonts w:ascii="Segoe UI" w:hAnsi="Segoe UI"/>
          <w:b w:val="0"/>
          <w:i w:val="0"/>
          <w:color w:val="334155"/>
          <w:sz w:val="20"/>
        </w:rPr>
        <w:t xml:space="preserve"> Vẫn tạo mới khách hàng bình thường dù đã trùng số điện thoại.</w:t>
      </w:r>
    </w:p>
    <w:p>
      <w:pPr>
        <w:pStyle w:val="ListNumber"/>
        <w:spacing w:after="40" w:line="276" w:lineRule="auto"/>
      </w:pPr>
      <w:r>
        <w:rPr>
          <w:rFonts w:ascii="Segoe UI" w:hAnsi="Segoe UI"/>
          <w:b/>
          <w:i w:val="0"/>
          <w:color w:val="334155"/>
          <w:sz w:val="20"/>
        </w:rPr>
        <w:t>Gán Nhân viên phụ trách mặc định:</w:t>
      </w:r>
      <w:r>
        <w:rPr>
          <w:rFonts w:ascii="Segoe UI" w:hAnsi="Segoe UI"/>
          <w:b w:val="0"/>
          <w:i w:val="0"/>
          <w:color w:val="334155"/>
          <w:sz w:val="20"/>
        </w:rPr>
        <w:t xml:space="preserve"> Chọn nhân viên sẽ tự động nhận số lead này sau khi nhập, hoặc để hệ thống tự động chia theo quy tắc Round-Robin.</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Hoàn tất nhập liệu</w:t>
      </w:r>
      <w:r>
        <w:rPr>
          <w:rFonts w:ascii="Segoe UI" w:hAnsi="Segoe UI"/>
          <w:b w:val="0"/>
          <w:i w:val="0"/>
          <w:color w:val="334155"/>
          <w:sz w:val="20"/>
        </w:rPr>
        <w:t>.</w:t>
      </w:r>
    </w:p>
    <w:p>
      <w:pPr>
        <w:spacing w:after="80"/>
      </w:pPr>
    </w:p>
    <w:p>
      <w:pPr>
        <w:keepNext/>
        <w:spacing w:before="200" w:after="60"/>
      </w:pPr>
      <w:r>
        <w:rPr>
          <w:rFonts w:ascii="Segoe UI" w:hAnsi="Segoe UI"/>
          <w:b/>
          <w:i w:val="0"/>
          <w:color w:val="0F172A"/>
          <w:sz w:val="22"/>
        </w:rPr>
        <w:t>Bước 4: Theo dõi Tiến trình &amp; Báo cáo Kết quả</w:t>
      </w:r>
    </w:p>
    <w:p>
      <w:pPr>
        <w:pStyle w:val="ListBullet"/>
        <w:spacing w:after="40" w:line="276" w:lineRule="auto"/>
      </w:pPr>
      <w:r>
        <w:rPr>
          <w:rFonts w:ascii="Segoe UI" w:hAnsi="Segoe UI"/>
          <w:b w:val="0"/>
          <w:i w:val="0"/>
          <w:color w:val="334155"/>
          <w:sz w:val="20"/>
        </w:rPr>
        <w:t>Hệ thống sẽ tiến hành nhập liệu ngầm trên máy chủ. Bạn có thể tiếp tục làm việc bình thường mà không cần giữ cửa sổ trình duyệt mở.</w:t>
      </w:r>
    </w:p>
    <w:p>
      <w:pPr>
        <w:pStyle w:val="ListBullet"/>
        <w:spacing w:after="40" w:line="276" w:lineRule="auto"/>
      </w:pPr>
      <w:r>
        <w:rPr>
          <w:rFonts w:ascii="Segoe UI" w:hAnsi="Segoe UI"/>
          <w:b w:val="0"/>
          <w:i w:val="0"/>
          <w:color w:val="334155"/>
          <w:sz w:val="20"/>
        </w:rPr>
        <w:t>Khi hoàn tất, hệ thống hiển thị thông báo kết quả chi tiết:</w:t>
      </w:r>
    </w:p>
    <w:p>
      <w:pPr>
        <w:pStyle w:val="ListBullet"/>
        <w:spacing w:after="40" w:line="276" w:lineRule="auto"/>
      </w:pPr>
      <w:r>
        <w:rPr>
          <w:rFonts w:ascii="Segoe UI" w:hAnsi="Segoe UI"/>
          <w:b/>
          <w:i w:val="0"/>
          <w:color w:val="334155"/>
          <w:sz w:val="20"/>
        </w:rPr>
        <w:t>Tổng số bản ghi trong file:</w:t>
      </w:r>
      <w:r>
        <w:rPr>
          <w:rFonts w:ascii="Segoe UI" w:hAnsi="Segoe UI"/>
          <w:b w:val="0"/>
          <w:i w:val="0"/>
          <w:color w:val="334155"/>
          <w:sz w:val="20"/>
        </w:rPr>
        <w:t xml:space="preserve"> Ví dụ 1,000 dòng.</w:t>
      </w:r>
    </w:p>
    <w:p>
      <w:pPr>
        <w:pStyle w:val="ListBullet"/>
        <w:spacing w:after="40" w:line="276" w:lineRule="auto"/>
      </w:pPr>
      <w:r>
        <w:rPr>
          <w:rFonts w:ascii="Segoe UI" w:hAnsi="Segoe UI"/>
          <w:b/>
          <w:i w:val="0"/>
          <w:color w:val="334155"/>
          <w:sz w:val="20"/>
        </w:rPr>
        <w:t>Số bản ghi nhập thành công:</w:t>
      </w:r>
      <w:r>
        <w:rPr>
          <w:rFonts w:ascii="Segoe UI" w:hAnsi="Segoe UI"/>
          <w:b w:val="0"/>
          <w:i w:val="0"/>
          <w:color w:val="334155"/>
          <w:sz w:val="20"/>
        </w:rPr>
        <w:t xml:space="preserve"> 980 dòng.</w:t>
      </w:r>
    </w:p>
    <w:p>
      <w:pPr>
        <w:pStyle w:val="ListBullet"/>
        <w:spacing w:after="40" w:line="276" w:lineRule="auto"/>
      </w:pPr>
      <w:r>
        <w:rPr>
          <w:rFonts w:ascii="Segoe UI" w:hAnsi="Segoe UI"/>
          <w:b/>
          <w:i w:val="0"/>
          <w:color w:val="334155"/>
          <w:sz w:val="20"/>
        </w:rPr>
        <w:t>Số bản ghi bị lỗi / trùng bị bỏ qua:</w:t>
      </w:r>
      <w:r>
        <w:rPr>
          <w:rFonts w:ascii="Segoe UI" w:hAnsi="Segoe UI"/>
          <w:b w:val="0"/>
          <w:i w:val="0"/>
          <w:color w:val="334155"/>
          <w:sz w:val="20"/>
        </w:rPr>
        <w:t xml:space="preserve"> 20 dòng.</w:t>
      </w:r>
    </w:p>
    <w:p>
      <w:pPr>
        <w:pStyle w:val="ListBullet"/>
        <w:spacing w:after="40" w:line="276" w:lineRule="auto"/>
      </w:pPr>
      <w:r>
        <w:rPr>
          <w:rFonts w:ascii="Segoe UI" w:hAnsi="Segoe UI"/>
          <w:b w:val="0"/>
          <w:i w:val="0"/>
          <w:color w:val="334155"/>
          <w:sz w:val="20"/>
        </w:rPr>
        <w:t xml:space="preserve">Bạn có thể bấm nút </w:t>
      </w:r>
      <w:r>
        <w:rPr>
          <w:rFonts w:ascii="Segoe UI" w:hAnsi="Segoe UI"/>
          <w:b/>
          <w:i w:val="0"/>
          <w:color w:val="334155"/>
          <w:sz w:val="20"/>
        </w:rPr>
        <w:t>Tải file lỗi</w:t>
      </w:r>
      <w:r>
        <w:rPr>
          <w:rFonts w:ascii="Segoe UI" w:hAnsi="Segoe UI"/>
          <w:b w:val="0"/>
          <w:i w:val="0"/>
          <w:color w:val="334155"/>
          <w:sz w:val="20"/>
        </w:rPr>
        <w:t xml:space="preserve"> để xem chi tiết lý do từng dòng bị thất bại (Ví dụ: sai định dạng số điện thoại, thiếu trường bắt buộc).</w:t>
      </w:r>
    </w:p>
    <w:p>
      <w:pPr>
        <w:spacing w:after="80"/>
      </w:pPr>
    </w:p>
    <w:p>
      <w:pPr>
        <w:keepNext/>
        <w:spacing w:before="260" w:after="80"/>
      </w:pPr>
      <w:r>
        <w:rPr>
          <w:rFonts w:ascii="Segoe UI" w:hAnsi="Segoe UI"/>
          <w:b/>
          <w:i w:val="0"/>
          <w:color w:val="0284C7"/>
          <w:sz w:val="26"/>
        </w:rPr>
        <w:t>VI.2 Hướng dẫn Xuất Dữ liệu Khách hàng ra File Excel (Export)</w:t>
      </w:r>
    </w:p>
    <w:p>
      <w:pPr>
        <w:spacing w:after="80" w:line="276" w:lineRule="auto"/>
      </w:pPr>
      <w:r>
        <w:rPr>
          <w:rFonts w:ascii="Segoe UI" w:hAnsi="Segoe UI"/>
          <w:b w:val="0"/>
          <w:i w:val="0"/>
          <w:color w:val="1E293B"/>
          <w:sz w:val="20"/>
        </w:rPr>
        <w:t>Tính năng Xuất dữ liệu phục vụ mục đích sao lưu dữ liệu, báo cáo định kỳ hoặc phân tích trên các công cụ BI:</w:t>
      </w:r>
    </w:p>
    <w:p>
      <w:pPr>
        <w:keepNext/>
        <w:spacing w:before="200" w:after="60"/>
      </w:pPr>
      <w:r>
        <w:rPr>
          <w:rFonts w:ascii="Segoe UI" w:hAnsi="Segoe UI"/>
          <w:b/>
          <w:i w:val="0"/>
          <w:color w:val="0F172A"/>
          <w:sz w:val="22"/>
        </w:rPr>
        <w:t>Các bước thực hiện:</w:t>
      </w:r>
    </w:p>
    <w:p>
      <w:pPr>
        <w:pStyle w:val="ListNumber"/>
        <w:spacing w:after="40" w:line="276" w:lineRule="auto"/>
      </w:pPr>
      <w:r>
        <w:rPr>
          <w:rFonts w:ascii="Segoe UI" w:hAnsi="Segoe UI"/>
          <w:b w:val="0"/>
          <w:i w:val="0"/>
          <w:color w:val="334155"/>
          <w:sz w:val="20"/>
        </w:rPr>
        <w:t xml:space="preserve">Tại màn hình Danh sách khách hàng, sử dụng các bộ lọc hoặc chế độ xem để lọc ra đúng tập khách hàng cần trích xuất (Ví dụ: </w:t>
      </w:r>
      <w:r>
        <w:rPr>
          <w:rFonts w:ascii="Segoe UI" w:hAnsi="Segoe UI"/>
          <w:b w:val="0"/>
          <w:i/>
          <w:color w:val="334155"/>
          <w:sz w:val="20"/>
        </w:rPr>
        <w:t>"Khách hàng VIP đã mua hàng trong tháng"</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Tích chọn các khách hàng cần xuất, hoặc không tích gì nếu muốn xuất toàn bộ kết quả của bộ lọc hiện tại.</w:t>
      </w:r>
    </w:p>
    <w:p>
      <w:pPr>
        <w:pStyle w:val="ListNumber"/>
        <w:spacing w:after="40" w:line="276" w:lineRule="auto"/>
      </w:pPr>
      <w:r>
        <w:rPr>
          <w:rFonts w:ascii="Segoe UI" w:hAnsi="Segoe UI"/>
          <w:b w:val="0"/>
          <w:i w:val="0"/>
          <w:color w:val="334155"/>
          <w:sz w:val="20"/>
        </w:rPr>
        <w:t xml:space="preserve">Bấm vào nút </w:t>
      </w:r>
      <w:r>
        <w:rPr>
          <w:rFonts w:ascii="Segoe UI" w:hAnsi="Segoe UI"/>
          <w:b/>
          <w:i w:val="0"/>
          <w:color w:val="334155"/>
          <w:sz w:val="20"/>
        </w:rPr>
        <w:t>Xuất file</w:t>
      </w:r>
      <w:r>
        <w:rPr>
          <w:rFonts w:ascii="Segoe UI" w:hAnsi="Segoe UI"/>
          <w:b w:val="0"/>
          <w:i w:val="0"/>
          <w:color w:val="334155"/>
          <w:sz w:val="20"/>
        </w:rPr>
        <w:t xml:space="preserve"> trên thanh công cụ phía trên bảng.</w:t>
      </w:r>
    </w:p>
    <w:p>
      <w:pPr>
        <w:pStyle w:val="ListNumber"/>
        <w:spacing w:after="40" w:line="276" w:lineRule="auto"/>
      </w:pPr>
      <w:r>
        <w:rPr>
          <w:rFonts w:ascii="Segoe UI" w:hAnsi="Segoe UI"/>
          <w:b w:val="0"/>
          <w:i w:val="0"/>
          <w:color w:val="334155"/>
          <w:sz w:val="20"/>
        </w:rPr>
        <w:t>Trong cửa sổ cấu hình xuất dữ liệu:</w:t>
      </w:r>
    </w:p>
    <w:p>
      <w:pPr>
        <w:pStyle w:val="ListBullet"/>
        <w:spacing w:after="40" w:line="276" w:lineRule="auto"/>
      </w:pPr>
      <w:r>
        <w:rPr>
          <w:rFonts w:ascii="Segoe UI" w:hAnsi="Segoe UI"/>
          <w:b/>
          <w:i w:val="0"/>
          <w:color w:val="334155"/>
          <w:sz w:val="20"/>
        </w:rPr>
        <w:t>Chọn phạm vi xuất:</w:t>
      </w:r>
      <w:r>
        <w:rPr>
          <w:rFonts w:ascii="Segoe UI" w:hAnsi="Segoe UI"/>
          <w:b w:val="0"/>
          <w:i w:val="0"/>
          <w:color w:val="334155"/>
          <w:sz w:val="20"/>
        </w:rPr>
        <w:t xml:space="preserve"> </w:t>
      </w:r>
      <w:r>
        <w:rPr>
          <w:rFonts w:ascii="Segoe UI" w:hAnsi="Segoe UI"/>
          <w:b w:val="0"/>
          <w:i/>
          <w:color w:val="334155"/>
          <w:sz w:val="20"/>
        </w:rPr>
        <w:t>Tất cả các dòng thỏa mãn bộ lọc</w:t>
      </w:r>
      <w:r>
        <w:rPr>
          <w:rFonts w:ascii="Segoe UI" w:hAnsi="Segoe UI"/>
          <w:b w:val="0"/>
          <w:i w:val="0"/>
          <w:color w:val="334155"/>
          <w:sz w:val="20"/>
        </w:rPr>
        <w:t xml:space="preserve"> hoặc </w:t>
      </w:r>
      <w:r>
        <w:rPr>
          <w:rFonts w:ascii="Segoe UI" w:hAnsi="Segoe UI"/>
          <w:b w:val="0"/>
          <w:i/>
          <w:color w:val="334155"/>
          <w:sz w:val="20"/>
        </w:rPr>
        <w:t>Chỉ các dòng được tích chọn</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Chọn các trường dữ liệu cần xuất:</w:t>
      </w:r>
      <w:r>
        <w:rPr>
          <w:rFonts w:ascii="Segoe UI" w:hAnsi="Segoe UI"/>
          <w:b w:val="0"/>
          <w:i w:val="0"/>
          <w:color w:val="334155"/>
          <w:sz w:val="20"/>
        </w:rPr>
        <w:t xml:space="preserve"> Tích chọn các cột thông tin cần lấy ra file Excel (Họ tên, SĐT, Email, Doanh thu, Người phụ trách, Ngày tạo,...). Có thể bấm </w:t>
      </w:r>
      <w:r>
        <w:rPr>
          <w:rFonts w:ascii="Segoe UI" w:hAnsi="Segoe UI"/>
          <w:b w:val="0"/>
          <w:i/>
          <w:color w:val="334155"/>
          <w:sz w:val="20"/>
        </w:rPr>
        <w:t>Chọn tất cả</w:t>
      </w:r>
      <w:r>
        <w:rPr>
          <w:rFonts w:ascii="Segoe UI" w:hAnsi="Segoe UI"/>
          <w:b w:val="0"/>
          <w:i w:val="0"/>
          <w:color w:val="334155"/>
          <w:sz w:val="20"/>
        </w:rPr>
        <w:t>.</w:t>
      </w:r>
    </w:p>
    <w:p>
      <w:pPr>
        <w:pStyle w:val="ListNumber"/>
        <w:spacing w:after="40" w:line="276" w:lineRule="auto"/>
      </w:pPr>
      <w:r>
        <w:rPr>
          <w:rFonts w:ascii="Segoe UI" w:hAnsi="Segoe UI"/>
          <w:b w:val="0"/>
          <w:i w:val="0"/>
          <w:color w:val="334155"/>
          <w:sz w:val="20"/>
        </w:rPr>
        <w:t xml:space="preserve">Bấm </w:t>
      </w:r>
      <w:r>
        <w:rPr>
          <w:rFonts w:ascii="Segoe UI" w:hAnsi="Segoe UI"/>
          <w:b/>
          <w:i w:val="0"/>
          <w:color w:val="334155"/>
          <w:sz w:val="20"/>
        </w:rPr>
        <w:t>Tải xuống</w:t>
      </w:r>
      <w:r>
        <w:rPr>
          <w:rFonts w:ascii="Segoe UI" w:hAnsi="Segoe UI"/>
          <w:b w:val="0"/>
          <w:i w:val="0"/>
          <w:color w:val="334155"/>
          <w:sz w:val="20"/>
        </w:rPr>
        <w:t xml:space="preserve">. Hệ thống sẽ tạo file </w:t>
      </w:r>
      <w:r>
        <w:rPr>
          <w:rFonts w:ascii="Consolas" w:hAnsi="Consolas"/>
          <w:b w:val="0"/>
          <w:i w:val="0"/>
          <w:color w:val="8B0000"/>
          <w:sz w:val="19"/>
        </w:rPr>
        <w:t>.xlsx</w:t>
      </w:r>
      <w:r>
        <w:rPr>
          <w:rFonts w:ascii="Segoe UI" w:hAnsi="Segoe UI"/>
          <w:b w:val="0"/>
          <w:i w:val="0"/>
          <w:color w:val="334155"/>
          <w:sz w:val="20"/>
        </w:rPr>
        <w:t xml:space="preserve"> và tự động tải về thư mục Downloads trên máy tính của bạn.</w:t>
      </w:r>
    </w:p>
    <w:tbl>
      <w:tblPr>
        <w:tblW w:type="auto" w:w="0"/>
        <w:jc w:val="center"/>
        <w:tblLayout w:type="autofit"/>
        <w:tblLook w:firstColumn="1" w:firstRow="1" w:lastColumn="0" w:lastRow="0" w:noHBand="0" w:noVBand="1" w:val="04A0"/>
      </w:tblPr>
      <w:tblGrid>
        <w:gridCol w:w="10080"/>
      </w:tblGrid>
      <w:tr>
        <w:tc>
          <w:tcPr>
            <w:tcW w:type="dxa" w:w="10080"/>
            <w:tcMar>
              <w:top w:w="140" w:type="dxa"/>
              <w:start w:w="180" w:type="dxa"/>
              <w:bottom w:w="140" w:type="dxa"/>
              <w:end w:w="180" w:type="dxa"/>
            </w:tcMar>
            <w:shd w:fill="FFF5F5"/>
            <w:tcBorders>
              <w:top w:val="none"/>
              <w:bottom w:val="none"/>
              <w:left w:val="single" w:sz="24" w:space="0" w:color="DC2626"/>
              <w:right w:val="none"/>
            </w:tcBorders>
          </w:tcPr>
          <w:p>
            <w:pPr>
              <w:spacing w:after="60" w:line="276" w:lineRule="auto"/>
            </w:pPr>
            <w:r>
              <w:rPr>
                <w:rFonts w:ascii="Segoe UI" w:hAnsi="Segoe UI"/>
                <w:b/>
                <w:i w:val="0"/>
                <w:color w:val="DC2626"/>
                <w:sz w:val="20"/>
              </w:rPr>
              <w:t>⚠️ CẢNH BÁO AN TOÀN DỮ LIỆU</w:t>
            </w:r>
          </w:p>
          <w:p>
            <w:pPr>
              <w:spacing w:after="40" w:line="276" w:lineRule="auto"/>
            </w:pPr>
            <w:r>
              <w:rPr>
                <w:rFonts w:ascii="Segoe UI" w:hAnsi="Segoe UI"/>
                <w:b/>
                <w:i w:val="0"/>
                <w:color w:val="333333"/>
                <w:sz w:val="19"/>
              </w:rPr>
              <w:t>Quyền hạn bảo mật khi xuất file:</w:t>
            </w:r>
            <w:r>
              <w:rPr>
                <w:rFonts w:ascii="Segoe UI" w:hAnsi="Segoe UI"/>
                <w:b w:val="0"/>
                <w:i w:val="0"/>
                <w:color w:val="333333"/>
                <w:sz w:val="19"/>
              </w:rPr>
              <w:t xml:space="preserve"> Tính năng Xuất file có thể bị giới hạn hoặc ẩn hoàn toàn tùy theo phân quyền của Quản trị viên đối với tài khoản của bạn, nhằm phòng chống rủi ro rò rỉ dữ liệu khách hàng của doanh nghiệp.</w:t>
            </w:r>
          </w:p>
        </w:tc>
      </w:tr>
    </w:tbl>
    <w:p>
      <w:pPr>
        <w:spacing w:after="80"/>
      </w:pPr>
    </w:p>
    <w:p>
      <w:pPr>
        <w:spacing w:after="80"/>
      </w:pPr>
    </w:p>
    <w:p>
      <w:pPr>
        <w:keepNext/>
        <w:spacing w:before="260" w:after="80"/>
      </w:pPr>
      <w:r>
        <w:rPr>
          <w:rFonts w:ascii="Segoe UI" w:hAnsi="Segoe UI"/>
          <w:b/>
          <w:i w:val="0"/>
          <w:color w:val="0284C7"/>
          <w:sz w:val="26"/>
        </w:rPr>
        <w:t>VI.3 Xử lý Sự cố Nhập &amp; Xuất Dữ liệu (Troubleshooting)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Sự cố</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Nguyên nhân cốt lõi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Hướng dẫn khắc phục cụ thể</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File tải lên báo lỗi "Định dạng không được hỗ trợ"</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File đang ở định dạng </w:t>
            </w:r>
            <w:r>
              <w:rPr>
                <w:rFonts w:ascii="Consolas" w:hAnsi="Consolas"/>
                <w:b w:val="0"/>
                <w:i w:val="0"/>
                <w:color w:val="8B0000"/>
                <w:sz w:val="17"/>
              </w:rPr>
              <w:t>.doc</w:t>
            </w:r>
            <w:r>
              <w:rPr>
                <w:rFonts w:ascii="Segoe UI" w:hAnsi="Segoe UI"/>
                <w:b w:val="0"/>
                <w:i w:val="0"/>
                <w:color w:val="1E293B"/>
                <w:sz w:val="18"/>
              </w:rPr>
              <w:t xml:space="preserve">, </w:t>
            </w:r>
            <w:r>
              <w:rPr>
                <w:rFonts w:ascii="Consolas" w:hAnsi="Consolas"/>
                <w:b w:val="0"/>
                <w:i w:val="0"/>
                <w:color w:val="8B0000"/>
                <w:sz w:val="17"/>
              </w:rPr>
              <w:t>.pdf</w:t>
            </w:r>
            <w:r>
              <w:rPr>
                <w:rFonts w:ascii="Segoe UI" w:hAnsi="Segoe UI"/>
                <w:b w:val="0"/>
                <w:i w:val="0"/>
                <w:color w:val="1E293B"/>
                <w:sz w:val="18"/>
              </w:rPr>
              <w:t xml:space="preserve">, </w:t>
            </w:r>
            <w:r>
              <w:rPr>
                <w:rFonts w:ascii="Consolas" w:hAnsi="Consolas"/>
                <w:b w:val="0"/>
                <w:i w:val="0"/>
                <w:color w:val="8B0000"/>
                <w:sz w:val="17"/>
              </w:rPr>
              <w:t>.numbers</w:t>
            </w:r>
            <w:r>
              <w:rPr>
                <w:rFonts w:ascii="Segoe UI" w:hAnsi="Segoe UI"/>
                <w:b w:val="0"/>
                <w:i w:val="0"/>
                <w:color w:val="1E293B"/>
                <w:sz w:val="18"/>
              </w:rPr>
              <w:t xml:space="preserve"> hoặc </w:t>
            </w:r>
            <w:r>
              <w:rPr>
                <w:rFonts w:ascii="Consolas" w:hAnsi="Consolas"/>
                <w:b w:val="0"/>
                <w:i w:val="0"/>
                <w:color w:val="8B0000"/>
                <w:sz w:val="17"/>
              </w:rPr>
              <w:t>.csv</w:t>
            </w:r>
            <w:r>
              <w:rPr>
                <w:rFonts w:ascii="Segoe UI" w:hAnsi="Segoe UI"/>
                <w:b w:val="0"/>
                <w:i w:val="0"/>
                <w:color w:val="1E293B"/>
                <w:sz w:val="18"/>
              </w:rPr>
              <w:t xml:space="preserve"> sử dụng mã hóa font không tương thích (Non-UTF8).</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 xml:space="preserve">Mở file bằng Excel, chọn </w:t>
            </w:r>
            <w:r>
              <w:rPr>
                <w:rFonts w:ascii="Segoe UI" w:hAnsi="Segoe UI"/>
                <w:b w:val="0"/>
                <w:i/>
                <w:color w:val="1E293B"/>
                <w:sz w:val="18"/>
              </w:rPr>
              <w:t>Save As</w:t>
            </w:r>
            <w:r>
              <w:rPr>
                <w:rFonts w:ascii="Segoe UI" w:hAnsi="Segoe UI"/>
                <w:b w:val="0"/>
                <w:i w:val="0"/>
                <w:color w:val="1E293B"/>
                <w:sz w:val="18"/>
              </w:rPr>
              <w:t xml:space="preserve"> và lưu lại dưới định dạng chuẩn </w:t>
            </w:r>
            <w:r>
              <w:rPr>
                <w:rFonts w:ascii="Segoe UI" w:hAnsi="Segoe UI"/>
                <w:b/>
                <w:i w:val="0"/>
                <w:color w:val="1E293B"/>
                <w:sz w:val="18"/>
              </w:rPr>
              <w:t>Excel Workbook (.xlsx)</w:t>
            </w:r>
            <w:r>
              <w:rPr>
                <w:rFonts w:ascii="Segoe UI" w:hAnsi="Segoe UI"/>
                <w:b w:val="0"/>
                <w:i w:val="0"/>
                <w:color w:val="1E293B"/>
                <w:sz w:val="18"/>
              </w:rPr>
              <w:t xml:space="preserve"> hoặc </w:t>
            </w:r>
            <w:r>
              <w:rPr>
                <w:rFonts w:ascii="Segoe UI" w:hAnsi="Segoe UI"/>
                <w:b/>
                <w:i w:val="0"/>
                <w:color w:val="1E293B"/>
                <w:sz w:val="18"/>
              </w:rPr>
              <w:t>CSV UTF-8</w:t>
            </w:r>
            <w:r>
              <w:rPr>
                <w:rFonts w:ascii="Segoe UI" w:hAnsi="Segoe UI"/>
                <w:b w:val="0"/>
                <w:i w:val="0"/>
                <w:color w:val="1E293B"/>
                <w:sz w:val="18"/>
              </w:rPr>
              <w:t>.</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i w:val="0"/>
                <w:color w:val="1E293B"/>
                <w:sz w:val="18"/>
              </w:rPr>
              <w:t>Số điện thoại bị mất số 0 đầu tiên khi nhập</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File Excel đang để định dạng cột ở dạng </w:t>
            </w:r>
            <w:r>
              <w:rPr>
                <w:rFonts w:ascii="Segoe UI" w:hAnsi="Segoe UI"/>
                <w:b w:val="0"/>
                <w:i/>
                <w:color w:val="1E293B"/>
                <w:sz w:val="18"/>
              </w:rPr>
              <w:t>Number</w:t>
            </w:r>
            <w:r>
              <w:rPr>
                <w:rFonts w:ascii="Segoe UI" w:hAnsi="Segoe UI"/>
                <w:b w:val="0"/>
                <w:i w:val="0"/>
                <w:color w:val="1E293B"/>
                <w:sz w:val="18"/>
              </w:rPr>
              <w:t xml:space="preserve"> thay vì </w:t>
            </w:r>
            <w:r>
              <w:rPr>
                <w:rFonts w:ascii="Segoe UI" w:hAnsi="Segoe UI"/>
                <w:b w:val="0"/>
                <w:i/>
                <w:color w:val="1E293B"/>
                <w:sz w:val="18"/>
              </w:rPr>
              <w:t>Text</w:t>
            </w:r>
            <w:r>
              <w:rPr>
                <w:rFonts w:ascii="Segoe UI" w:hAnsi="Segoe UI"/>
                <w:b w:val="0"/>
                <w:i w:val="0"/>
                <w:color w:val="1E293B"/>
                <w:sz w:val="18"/>
              </w:rPr>
              <w:t>, khiến Excel tự động xóa số 0 ở đầu.</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8FAFC"/>
          </w:tcPr>
          <w:p>
            <w:pPr>
              <w:spacing w:after="20" w:line="264" w:lineRule="auto"/>
              <w:jc w:val="left"/>
            </w:pPr>
            <w:r/>
            <w:r>
              <w:rPr>
                <w:rFonts w:ascii="Segoe UI" w:hAnsi="Segoe UI"/>
                <w:b w:val="0"/>
                <w:i w:val="0"/>
                <w:color w:val="1E293B"/>
                <w:sz w:val="18"/>
              </w:rPr>
              <w:t xml:space="preserve">Chọn toàn bộ cột số điện thoại trong Excel, chọn </w:t>
            </w:r>
            <w:r>
              <w:rPr>
                <w:rFonts w:ascii="Segoe UI" w:hAnsi="Segoe UI"/>
                <w:b w:val="0"/>
                <w:i/>
                <w:color w:val="1E293B"/>
                <w:sz w:val="18"/>
              </w:rPr>
              <w:t>Format Cells</w:t>
            </w:r>
            <w:r>
              <w:rPr>
                <w:rFonts w:ascii="Segoe UI" w:hAnsi="Segoe UI"/>
                <w:b w:val="0"/>
                <w:i w:val="0"/>
                <w:color w:val="1E293B"/>
                <w:sz w:val="18"/>
              </w:rPr>
              <w:t xml:space="preserve"> → chuyển sang định dạng </w:t>
            </w:r>
            <w:r>
              <w:rPr>
                <w:rFonts w:ascii="Segoe UI" w:hAnsi="Segoe UI"/>
                <w:b/>
                <w:i w:val="0"/>
                <w:color w:val="1E293B"/>
                <w:sz w:val="18"/>
              </w:rPr>
              <w:t>Text</w:t>
            </w:r>
            <w:r>
              <w:rPr>
                <w:rFonts w:ascii="Segoe UI" w:hAnsi="Segoe UI"/>
                <w:b w:val="0"/>
                <w:i w:val="0"/>
                <w:color w:val="1E293B"/>
                <w:sz w:val="18"/>
              </w:rPr>
              <w:t>, thêm lại số 0 rồi lưu file trước khi upload.</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i w:val="0"/>
                <w:color w:val="1E293B"/>
                <w:sz w:val="18"/>
              </w:rPr>
              <w:t>Nút "Xuất file" bị mờ hoặc không nhìn thấy</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Tài khoản của bạn không được Quản trị viên cấp quyền "Xuất dữ liệu khách hàng" trong phần phân quyền vai trò.</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r>
              <w:rPr>
                <w:rFonts w:ascii="Segoe UI" w:hAnsi="Segoe UI"/>
                <w:b w:val="0"/>
                <w:i w:val="0"/>
                <w:color w:val="1E293B"/>
                <w:sz w:val="18"/>
              </w:rPr>
              <w:t>Liên hệ Quản trị viên cấp cao của tổ chức để yêu cầu cấp quyền Export nếu phục vụ công việc chính đáng.</w:t>
            </w:r>
          </w:p>
        </w:tc>
      </w:tr>
    </w:tbl>
    <w:p>
      <w:pPr>
        <w:spacing w:after="80"/>
      </w:pPr>
    </w:p>
    <w:p>
      <w:pPr>
        <w:spacing w:after="80"/>
      </w:pPr>
    </w:p>
    <w:p>
      <w:pPr>
        <w:keepNext/>
        <w:spacing w:before="260" w:after="80"/>
      </w:pPr>
      <w:r>
        <w:rPr>
          <w:rFonts w:ascii="Segoe UI" w:hAnsi="Segoe UI"/>
          <w:b/>
          <w:i w:val="0"/>
          <w:color w:val="0284C7"/>
          <w:sz w:val="26"/>
        </w:rPr>
        <w:t>VI.4 Câu hỏi thường gặp về Nhập &amp; Xuất Dữ liệu (FAQs)</w:t>
      </w:r>
    </w:p>
    <w:p>
      <w:pPr>
        <w:pStyle w:val="ListBullet"/>
        <w:spacing w:after="40" w:line="276" w:lineRule="auto"/>
      </w:pPr>
      <w:r>
        <w:rPr>
          <w:rFonts w:ascii="Segoe UI" w:hAnsi="Segoe UI"/>
          <w:b/>
          <w:i w:val="0"/>
          <w:color w:val="334155"/>
          <w:sz w:val="20"/>
        </w:rPr>
        <w:t>Q: Dung lượng file tối đa cho một lần nhập là bao nhiêu?</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Dung lượng tối đa là </w:t>
      </w:r>
      <w:r>
        <w:rPr>
          <w:rFonts w:ascii="Segoe UI" w:hAnsi="Segoe UI"/>
          <w:b/>
          <w:i w:val="0"/>
          <w:color w:val="334155"/>
          <w:sz w:val="20"/>
        </w:rPr>
        <w:t>20MB</w:t>
      </w:r>
      <w:r>
        <w:rPr>
          <w:rFonts w:ascii="Segoe UI" w:hAnsi="Segoe UI"/>
          <w:b w:val="0"/>
          <w:i w:val="0"/>
          <w:color w:val="334155"/>
          <w:sz w:val="20"/>
        </w:rPr>
        <w:t xml:space="preserve"> cho mỗi lần tải lên. Với file Excel thuần text, dung lượng này tương đương khoảng 50,000 đến 100,000 dòng dữ liệu.</w:t>
      </w:r>
    </w:p>
    <w:p>
      <w:pPr>
        <w:pStyle w:val="ListBullet"/>
        <w:spacing w:after="40" w:line="276" w:lineRule="auto"/>
      </w:pPr>
      <w:r>
        <w:rPr>
          <w:rFonts w:ascii="Segoe UI" w:hAnsi="Segoe UI"/>
          <w:b/>
          <w:i w:val="0"/>
          <w:color w:val="334155"/>
          <w:sz w:val="20"/>
        </w:rPr>
        <w:t>Q: Nếu trong lúc đang import mà tôi vô tình tắt trình duyệt thì quá trình nhập có bị dừng lại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Không.</w:t>
      </w:r>
      <w:r>
        <w:rPr>
          <w:rFonts w:ascii="Segoe UI" w:hAnsi="Segoe UI"/>
          <w:b w:val="0"/>
          <w:i w:val="0"/>
          <w:color w:val="334155"/>
          <w:sz w:val="20"/>
        </w:rPr>
        <w:t xml:space="preserve"> Tiến trình nhập liệu chạy hoàn toàn ngầm trên máy chủ của UCALL. Bạn có thể an tâm tắt trình duyệt hoặc chuyển sang làm tác vụ khác; hệ thống sẽ gửi thông báo chuông khi quá trình nạp dữ liệu hoàn tất.</w:t>
      </w:r>
    </w:p>
    <w:p>
      <w:r>
        <w:br w:type="page"/>
      </w:r>
    </w:p>
    <w:p>
      <w:pPr>
        <w:spacing w:before="280" w:after="80"/>
      </w:pPr>
      <w:r>
        <w:rPr>
          <w:rFonts w:ascii="Segoe UI" w:hAnsi="Segoe UI"/>
          <w:b/>
          <w:i w:val="0"/>
          <w:color w:val="1E3A8A"/>
          <w:sz w:val="32"/>
        </w:rPr>
        <w:t>CHƯƠNG VII: BẢNG XỬ LÝ SỰ CỐ TỔNG THỂ TOÀN HỆ THỐNG</w:t>
      </w:r>
    </w:p>
    <w:tbl>
      <w:tblPr>
        <w:tblStyle w:val="TableGrid"/>
        <w:tblW w:type="auto" w:w="0"/>
        <w:jc w:val="center"/>
        <w:tblLayout w:type="autofit"/>
        <w:tblLook w:firstColumn="1" w:firstRow="1" w:lastColumn="0" w:lastRow="0" w:noHBand="0" w:noVBand="1" w:val="04A0"/>
      </w:tblPr>
      <w:tblGrid>
        <w:gridCol w:w="3360"/>
        <w:gridCol w:w="3360"/>
        <w:gridCol w:w="3360"/>
      </w:tblGrid>
      <w:tr>
        <w:trPr>
          <w:tblHeader w:val="true"/>
        </w:trP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Vấn đề / Thông báo lỗi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Nguyên nhân cốt lõi</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1E3A8A"/>
          </w:tcPr>
          <w:p>
            <w:pPr>
              <w:spacing w:after="20" w:line="264" w:lineRule="auto"/>
              <w:jc w:val="center"/>
            </w:pPr>
            <w:r>
              <w:rPr>
                <w:b/>
              </w:rPr>
            </w:r>
            <w:r>
              <w:rPr>
                <w:rFonts w:ascii="Segoe UI" w:hAnsi="Segoe UI"/>
                <w:b/>
                <w:i w:val="0"/>
                <w:color w:val="FFFFFF"/>
                <w:sz w:val="19"/>
              </w:rPr>
              <w:t>Hướng dẫn khắc phục cụ thể</w:t>
            </w:r>
          </w:p>
        </w:tc>
      </w:tr>
      <w:tr>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center"/>
            </w:pPr>
            <w:r/>
            <w:r>
              <w:rPr>
                <w:rFonts w:ascii="Segoe UI" w:hAnsi="Segoe UI"/>
                <w:b w:val="0"/>
                <w:i w:val="0"/>
                <w:color w:val="1E293B"/>
                <w:sz w:val="18"/>
              </w:rPr>
              <w:t>:</w:t>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p>
        </w:tc>
        <w:tc>
          <w:tcPr>
            <w:tcW w:type="dxa" w:w="3360"/>
            <w:vAlign w:val="center"/>
            <w:tcMar>
              <w:top w:w="90" w:type="dxa"/>
              <w:start w:w="120" w:type="dxa"/>
              <w:bottom w:w="90" w:type="dxa"/>
              <w:end w:w="120" w:type="dxa"/>
            </w:tcMar>
            <w:tcBorders>
              <w:top w:val="single" w:sz="4" w:space="0" w:color="CBD5E1"/>
              <w:bottom w:val="single" w:sz="4" w:space="0" w:color="CBD5E1"/>
              <w:left w:val="single" w:sz="4" w:space="0" w:color="CBD5E1"/>
              <w:right w:val="single" w:sz="4" w:space="0" w:color="CBD5E1"/>
            </w:tcBorders>
            <w:shd w:fill="FFFFFF"/>
          </w:tcPr>
          <w:p>
            <w:pPr>
              <w:spacing w:after="20" w:line="264" w:lineRule="auto"/>
              <w:jc w:val="left"/>
            </w:pPr>
            <w:r/>
          </w:p>
        </w:tc>
      </w:tr>
    </w:tbl>
    <w:p>
      <w:pPr>
        <w:spacing w:after="80"/>
      </w:pPr>
    </w:p>
    <w:p>
      <w:r>
        <w:br w:type="page"/>
      </w:r>
    </w:p>
    <w:p>
      <w:pPr>
        <w:spacing w:before="280" w:after="80"/>
      </w:pPr>
      <w:r>
        <w:rPr>
          <w:rFonts w:ascii="Segoe UI" w:hAnsi="Segoe UI"/>
          <w:b/>
          <w:i w:val="0"/>
          <w:color w:val="1E3A8A"/>
          <w:sz w:val="32"/>
        </w:rPr>
        <w:t>CHƯƠNG VIII: CÂU HỎI THƯỜNG GẶP TỔNG HỢP (COMPREHENSIVE FAQS)</w:t>
      </w:r>
    </w:p>
    <w:p>
      <w:pPr>
        <w:pStyle w:val="ListBullet"/>
        <w:spacing w:after="40" w:line="276" w:lineRule="auto"/>
      </w:pPr>
      <w:r>
        <w:rPr>
          <w:rFonts w:ascii="Segoe UI" w:hAnsi="Segoe UI"/>
          <w:b/>
          <w:i w:val="0"/>
          <w:color w:val="334155"/>
          <w:sz w:val="20"/>
        </w:rPr>
        <w:t>Q: Nếu lỡ bấm xóa nhầm khách hàng thì có thể khôi phục lại từ Thùng rác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Hoàn toàn không.</w:t>
      </w:r>
      <w:r>
        <w:rPr>
          <w:rFonts w:ascii="Segoe UI" w:hAnsi="Segoe UI"/>
          <w:b w:val="0"/>
          <w:i w:val="0"/>
          <w:color w:val="334155"/>
          <w:sz w:val="20"/>
        </w:rPr>
        <w:t xml:space="preserve"> Hệ thống UCALL thực hiện cơ chế xóa dứt điểm để bảo vệ tính đồng nhất dữ liệu và quyền riêng tư. Khi đã xác nhận xóa, toàn bộ dữ liệu tương tác, cuộc gọi, ghi chú sẽ bị loại bỏ vĩnh viễn và không thể khôi phục.</w:t>
      </w:r>
    </w:p>
    <w:p>
      <w:pPr>
        <w:pStyle w:val="ListBullet"/>
        <w:spacing w:after="40" w:line="276" w:lineRule="auto"/>
      </w:pPr>
      <w:r>
        <w:rPr>
          <w:rFonts w:ascii="Segoe UI" w:hAnsi="Segoe UI"/>
          <w:b/>
          <w:i w:val="0"/>
          <w:color w:val="334155"/>
          <w:sz w:val="20"/>
        </w:rPr>
        <w:t>Q: Một khách hàng có thể liên kết với nhiều Đơn hàng và Cơ hội bán hàng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Có.</w:t>
      </w:r>
      <w:r>
        <w:rPr>
          <w:rFonts w:ascii="Segoe UI" w:hAnsi="Segoe UI"/>
          <w:b w:val="0"/>
          <w:i w:val="0"/>
          <w:color w:val="334155"/>
          <w:sz w:val="20"/>
        </w:rPr>
        <w:t xml:space="preserve"> Khách hàng có quan hệ 1-N (Một - Nhiều) với Đơn hàng, Cơ hội, Công việc và Phiếu ghi. Bạn có thể tạo không giới hạn các giao dịch liên quan trong suốt vòng đời của khách hàng.</w:t>
      </w:r>
    </w:p>
    <w:p>
      <w:pPr>
        <w:pStyle w:val="ListBullet"/>
        <w:spacing w:after="40" w:line="276" w:lineRule="auto"/>
      </w:pPr>
      <w:r>
        <w:rPr>
          <w:rFonts w:ascii="Segoe UI" w:hAnsi="Segoe UI"/>
          <w:b/>
          <w:i w:val="0"/>
          <w:color w:val="334155"/>
          <w:sz w:val="20"/>
        </w:rPr>
        <w:t>Q: Có thể phân quyền cho nhân viên chỉ xem được khách hàng do chính họ phụ trách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w:t>
      </w:r>
      <w:r>
        <w:rPr>
          <w:rFonts w:ascii="Segoe UI" w:hAnsi="Segoe UI"/>
          <w:b/>
          <w:i w:val="0"/>
          <w:color w:val="334155"/>
          <w:sz w:val="20"/>
        </w:rPr>
        <w:t>Có.</w:t>
      </w:r>
      <w:r>
        <w:rPr>
          <w:rFonts w:ascii="Segoe UI" w:hAnsi="Segoe UI"/>
          <w:b w:val="0"/>
          <w:i w:val="0"/>
          <w:color w:val="334155"/>
          <w:sz w:val="20"/>
        </w:rPr>
        <w:t xml:space="preserve"> Trong phần Cài đặt phân quyền thành viên, Quản trị viên có thể thiết lập quyền xem dữ liệu theo phạm vi: </w:t>
      </w:r>
      <w:r>
        <w:rPr>
          <w:rFonts w:ascii="Segoe UI" w:hAnsi="Segoe UI"/>
          <w:b w:val="0"/>
          <w:i/>
          <w:color w:val="334155"/>
          <w:sz w:val="20"/>
        </w:rPr>
        <w:t>Toàn bộ công ty</w:t>
      </w:r>
      <w:r>
        <w:rPr>
          <w:rFonts w:ascii="Segoe UI" w:hAnsi="Segoe UI"/>
          <w:b w:val="0"/>
          <w:i w:val="0"/>
          <w:color w:val="334155"/>
          <w:sz w:val="20"/>
        </w:rPr>
        <w:t xml:space="preserve">, </w:t>
      </w:r>
      <w:r>
        <w:rPr>
          <w:rFonts w:ascii="Segoe UI" w:hAnsi="Segoe UI"/>
          <w:b w:val="0"/>
          <w:i/>
          <w:color w:val="334155"/>
          <w:sz w:val="20"/>
        </w:rPr>
        <w:t>Theo phòng ban/nhóm</w:t>
      </w:r>
      <w:r>
        <w:rPr>
          <w:rFonts w:ascii="Segoe UI" w:hAnsi="Segoe UI"/>
          <w:b w:val="0"/>
          <w:i w:val="0"/>
          <w:color w:val="334155"/>
          <w:sz w:val="20"/>
        </w:rPr>
        <w:t xml:space="preserve">, hoặc </w:t>
      </w:r>
      <w:r>
        <w:rPr>
          <w:rFonts w:ascii="Segoe UI" w:hAnsi="Segoe UI"/>
          <w:b w:val="0"/>
          <w:i/>
          <w:color w:val="334155"/>
          <w:sz w:val="20"/>
        </w:rPr>
        <w:t>Chỉ khách hàng được phân công phụ trách</w:t>
      </w:r>
      <w:r>
        <w:rPr>
          <w:rFonts w:ascii="Segoe UI" w:hAnsi="Segoe UI"/>
          <w:b w:val="0"/>
          <w:i w:val="0"/>
          <w:color w:val="334155"/>
          <w:sz w:val="20"/>
        </w:rPr>
        <w:t>.</w:t>
      </w:r>
    </w:p>
    <w:p>
      <w:pPr>
        <w:pStyle w:val="ListBullet"/>
        <w:spacing w:after="40" w:line="276" w:lineRule="auto"/>
      </w:pPr>
      <w:r>
        <w:rPr>
          <w:rFonts w:ascii="Segoe UI" w:hAnsi="Segoe UI"/>
          <w:b/>
          <w:i w:val="0"/>
          <w:color w:val="334155"/>
          <w:sz w:val="20"/>
        </w:rPr>
        <w:t>Q: Khi thêm khách hàng vào chiến dịch Callbot, bot có tự động gọi ngay lập tức không?</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Thời điểm gọi phụ thuộc vào cấu hình của Chiến dịch Callbot đó (ví dụ: khung giờ gọi cho phép từ 8:00 - 18:00). Nếu chiến dịch đang chạy và nằm trong khung giờ làm việc, bot sẽ lập tức đưa số điện thoại vào hàng đợi gọi tự động.</w:t>
      </w:r>
    </w:p>
    <w:p>
      <w:pPr>
        <w:pStyle w:val="ListBullet"/>
        <w:spacing w:after="40" w:line="276" w:lineRule="auto"/>
      </w:pPr>
      <w:r>
        <w:rPr>
          <w:rFonts w:ascii="Segoe UI" w:hAnsi="Segoe UI"/>
          <w:b/>
          <w:i w:val="0"/>
          <w:color w:val="334155"/>
          <w:sz w:val="20"/>
        </w:rPr>
        <w:t>Q: Khách hàng Cá nhân khác gì với Khách hàng Doanh nghiệp?</w:t>
      </w:r>
    </w:p>
    <w:p>
      <w:pPr>
        <w:pStyle w:val="ListBullet"/>
        <w:spacing w:after="40" w:line="276" w:lineRule="auto"/>
      </w:pPr>
      <w:r>
        <w:rPr>
          <w:rFonts w:ascii="Segoe UI" w:hAnsi="Segoe UI"/>
          <w:b/>
          <w:i w:val="0"/>
          <w:color w:val="334155"/>
          <w:sz w:val="20"/>
        </w:rPr>
        <w:t>A:</w:t>
      </w:r>
      <w:r>
        <w:rPr>
          <w:rFonts w:ascii="Segoe UI" w:hAnsi="Segoe UI"/>
          <w:b w:val="0"/>
          <w:i w:val="0"/>
          <w:color w:val="334155"/>
          <w:sz w:val="20"/>
        </w:rPr>
        <w:t xml:space="preserve"> Khách hàng Cá nhân là một con người cụ thể với số điện thoại và email cá nhân. Khách hàng Doanh nghiệp là một pháp nhân công ty. Trong mô hình B2B, bạn có thể tạo một Công ty và gắn nhiều Khách hàng Cá nhân vào công ty đó với các chức vụ tương ứng (Giám đốc, Kế toán, Trưởng phòng thu mua...).</w:t>
      </w:r>
    </w:p>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Segoe UI" w:hAnsi="Segoe UI"/>
        <w:b w:val="0"/>
        <w:i w:val="0"/>
        <w:color w:val="94A3B8"/>
        <w:sz w:val="17"/>
      </w:rPr>
      <w:t>Tài liệu Vận hành Chuẩn UCALL CRM  |  Bản quyền © 2026 UCALL Vietnam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egoe UI" w:hAnsi="Segoe UI"/>
        <w:b w:val="0"/>
        <w:i w:val="0"/>
        <w:color w:val="94A3B8"/>
        <w:sz w:val="17"/>
      </w:rPr>
      <w:t>UCALL CRM • HƯỚNG DẪN SỬ DỤNG: PHÂN HỆ KHÁCH HÀNG (CONTACT)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